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新托福听力高频词听写词表</w:t>
      </w:r>
    </w:p>
    <w:p>
      <w:r>
        <w:rPr>
          <w:i/>
        </w:rPr>
        <w:t>共12组573词，配套12个音频文件（每组一个mp3）。朗读顺序：英文 → 中文释义 → 停3秒。英美音差异明显的词先美音后英音。</w:t>
      </w:r>
    </w:p>
    <w:p>
      <w:pPr>
        <w:pStyle w:val="Heading1"/>
      </w:pPr>
      <w:r>
        <w:t>第1组（available → center）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850"/>
          </w:tcPr>
          <w:p>
            <w:r>
              <w:t>序号</w:t>
            </w:r>
          </w:p>
        </w:tc>
        <w:tc>
          <w:tcPr>
            <w:tcW w:type="dxa" w:w="2835"/>
          </w:tcPr>
          <w:p>
            <w:r>
              <w:t>英文单词</w:t>
            </w:r>
          </w:p>
        </w:tc>
        <w:tc>
          <w:tcPr>
            <w:tcW w:type="dxa" w:w="4535"/>
          </w:tcPr>
          <w:p>
            <w:r>
              <w:t>中文释义</w:t>
            </w:r>
          </w:p>
        </w:tc>
      </w:tr>
      <w:tr>
        <w:tc>
          <w:tcPr>
            <w:tcW w:type="dxa" w:w="850"/>
          </w:tcPr>
          <w:p>
            <w:r>
              <w:t>1</w:t>
            </w:r>
          </w:p>
        </w:tc>
        <w:tc>
          <w:tcPr>
            <w:tcW w:type="dxa" w:w="2835"/>
          </w:tcPr>
          <w:p>
            <w:r>
              <w:t>available</w:t>
            </w:r>
          </w:p>
        </w:tc>
        <w:tc>
          <w:tcPr>
            <w:tcW w:type="dxa" w:w="4535"/>
          </w:tcPr>
          <w:p>
            <w:r>
              <w:t>可用的，可获得的</w:t>
            </w:r>
          </w:p>
        </w:tc>
      </w:tr>
      <w:tr>
        <w:tc>
          <w:tcPr>
            <w:tcW w:type="dxa" w:w="850"/>
          </w:tcPr>
          <w:p>
            <w:r>
              <w:t>2</w:t>
            </w:r>
          </w:p>
        </w:tc>
        <w:tc>
          <w:tcPr>
            <w:tcW w:type="dxa" w:w="2835"/>
          </w:tcPr>
          <w:p>
            <w:r>
              <w:t>update</w:t>
            </w:r>
          </w:p>
        </w:tc>
        <w:tc>
          <w:tcPr>
            <w:tcW w:type="dxa" w:w="4535"/>
          </w:tcPr>
          <w:p>
            <w:r>
              <w:t>更新</w:t>
            </w:r>
          </w:p>
        </w:tc>
      </w:tr>
      <w:tr>
        <w:tc>
          <w:tcPr>
            <w:tcW w:type="dxa" w:w="850"/>
          </w:tcPr>
          <w:p>
            <w:r>
              <w:t>3</w:t>
            </w:r>
          </w:p>
        </w:tc>
        <w:tc>
          <w:tcPr>
            <w:tcW w:type="dxa" w:w="2835"/>
          </w:tcPr>
          <w:p>
            <w:r>
              <w:t>service</w:t>
            </w:r>
          </w:p>
        </w:tc>
        <w:tc>
          <w:tcPr>
            <w:tcW w:type="dxa" w:w="4535"/>
          </w:tcPr>
          <w:p>
            <w:r>
              <w:t>服务</w:t>
            </w:r>
          </w:p>
        </w:tc>
      </w:tr>
      <w:tr>
        <w:tc>
          <w:tcPr>
            <w:tcW w:type="dxa" w:w="850"/>
          </w:tcPr>
          <w:p>
            <w:r>
              <w:t>4</w:t>
            </w:r>
          </w:p>
        </w:tc>
        <w:tc>
          <w:tcPr>
            <w:tcW w:type="dxa" w:w="2835"/>
          </w:tcPr>
          <w:p>
            <w:r>
              <w:t>online</w:t>
            </w:r>
          </w:p>
        </w:tc>
        <w:tc>
          <w:tcPr>
            <w:tcW w:type="dxa" w:w="4535"/>
          </w:tcPr>
          <w:p>
            <w:r>
              <w:t>在线的，网上</w:t>
            </w:r>
          </w:p>
        </w:tc>
      </w:tr>
      <w:tr>
        <w:tc>
          <w:tcPr>
            <w:tcW w:type="dxa" w:w="850"/>
          </w:tcPr>
          <w:p>
            <w:r>
              <w:t>5</w:t>
            </w:r>
          </w:p>
        </w:tc>
        <w:tc>
          <w:tcPr>
            <w:tcW w:type="dxa" w:w="2835"/>
          </w:tcPr>
          <w:p>
            <w:r>
              <w:t>issue</w:t>
            </w:r>
          </w:p>
        </w:tc>
        <w:tc>
          <w:tcPr>
            <w:tcW w:type="dxa" w:w="4535"/>
          </w:tcPr>
          <w:p>
            <w:r>
              <w:t>问题，麻烦</w:t>
            </w:r>
          </w:p>
        </w:tc>
      </w:tr>
      <w:tr>
        <w:tc>
          <w:tcPr>
            <w:tcW w:type="dxa" w:w="850"/>
          </w:tcPr>
          <w:p>
            <w:r>
              <w:t>6</w:t>
            </w:r>
          </w:p>
        </w:tc>
        <w:tc>
          <w:tcPr>
            <w:tcW w:type="dxa" w:w="2835"/>
          </w:tcPr>
          <w:p>
            <w:r>
              <w:t>portal</w:t>
            </w:r>
          </w:p>
        </w:tc>
        <w:tc>
          <w:tcPr>
            <w:tcW w:type="dxa" w:w="4535"/>
          </w:tcPr>
          <w:p>
            <w:r>
              <w:t>门户网站，平台</w:t>
            </w:r>
          </w:p>
        </w:tc>
      </w:tr>
      <w:tr>
        <w:tc>
          <w:tcPr>
            <w:tcW w:type="dxa" w:w="850"/>
          </w:tcPr>
          <w:p>
            <w:r>
              <w:t>7</w:t>
            </w:r>
          </w:p>
        </w:tc>
        <w:tc>
          <w:tcPr>
            <w:tcW w:type="dxa" w:w="2835"/>
          </w:tcPr>
          <w:p>
            <w:r>
              <w:t>submit</w:t>
            </w:r>
          </w:p>
        </w:tc>
        <w:tc>
          <w:tcPr>
            <w:tcW w:type="dxa" w:w="4535"/>
          </w:tcPr>
          <w:p>
            <w:r>
              <w:t>提交</w:t>
            </w:r>
          </w:p>
        </w:tc>
      </w:tr>
      <w:tr>
        <w:tc>
          <w:tcPr>
            <w:tcW w:type="dxa" w:w="850"/>
          </w:tcPr>
          <w:p>
            <w:r>
              <w:t>8</w:t>
            </w:r>
          </w:p>
        </w:tc>
        <w:tc>
          <w:tcPr>
            <w:tcW w:type="dxa" w:w="2835"/>
          </w:tcPr>
          <w:p>
            <w:r>
              <w:t>administrative</w:t>
            </w:r>
          </w:p>
        </w:tc>
        <w:tc>
          <w:tcPr>
            <w:tcW w:type="dxa" w:w="4535"/>
          </w:tcPr>
          <w:p>
            <w:r>
              <w:t>行政的</w:t>
            </w:r>
          </w:p>
        </w:tc>
      </w:tr>
      <w:tr>
        <w:tc>
          <w:tcPr>
            <w:tcW w:type="dxa" w:w="850"/>
          </w:tcPr>
          <w:p>
            <w:r>
              <w:t>9</w:t>
            </w:r>
          </w:p>
        </w:tc>
        <w:tc>
          <w:tcPr>
            <w:tcW w:type="dxa" w:w="2835"/>
          </w:tcPr>
          <w:p>
            <w:r>
              <w:t>process</w:t>
            </w:r>
          </w:p>
        </w:tc>
        <w:tc>
          <w:tcPr>
            <w:tcW w:type="dxa" w:w="4535"/>
          </w:tcPr>
          <w:p>
            <w:r>
              <w:t>处理；过程</w:t>
            </w:r>
          </w:p>
        </w:tc>
      </w:tr>
      <w:tr>
        <w:tc>
          <w:tcPr>
            <w:tcW w:type="dxa" w:w="850"/>
          </w:tcPr>
          <w:p>
            <w:r>
              <w:t>10</w:t>
            </w:r>
          </w:p>
        </w:tc>
        <w:tc>
          <w:tcPr>
            <w:tcW w:type="dxa" w:w="2835"/>
          </w:tcPr>
          <w:p>
            <w:r>
              <w:t>access</w:t>
            </w:r>
          </w:p>
        </w:tc>
        <w:tc>
          <w:tcPr>
            <w:tcW w:type="dxa" w:w="4535"/>
          </w:tcPr>
          <w:p>
            <w:r>
              <w:t>访问；进入</w:t>
            </w:r>
          </w:p>
        </w:tc>
      </w:tr>
      <w:tr>
        <w:tc>
          <w:tcPr>
            <w:tcW w:type="dxa" w:w="850"/>
          </w:tcPr>
          <w:p>
            <w:r>
              <w:t>11</w:t>
            </w:r>
          </w:p>
        </w:tc>
        <w:tc>
          <w:tcPr>
            <w:tcW w:type="dxa" w:w="2835"/>
          </w:tcPr>
          <w:p>
            <w:r>
              <w:t>present</w:t>
            </w:r>
          </w:p>
        </w:tc>
        <w:tc>
          <w:tcPr>
            <w:tcW w:type="dxa" w:w="4535"/>
          </w:tcPr>
          <w:p>
            <w:r>
              <w:t>礼物；提交</w:t>
            </w:r>
          </w:p>
        </w:tc>
      </w:tr>
      <w:tr>
        <w:tc>
          <w:tcPr>
            <w:tcW w:type="dxa" w:w="850"/>
          </w:tcPr>
          <w:p>
            <w:r>
              <w:t>12</w:t>
            </w:r>
          </w:p>
        </w:tc>
        <w:tc>
          <w:tcPr>
            <w:tcW w:type="dxa" w:w="2835"/>
          </w:tcPr>
          <w:p>
            <w:r>
              <w:t>staff</w:t>
            </w:r>
          </w:p>
        </w:tc>
        <w:tc>
          <w:tcPr>
            <w:tcW w:type="dxa" w:w="4535"/>
          </w:tcPr>
          <w:p>
            <w:r>
              <w:t>教职工，工作人员</w:t>
            </w:r>
          </w:p>
        </w:tc>
      </w:tr>
      <w:tr>
        <w:tc>
          <w:tcPr>
            <w:tcW w:type="dxa" w:w="850"/>
          </w:tcPr>
          <w:p>
            <w:r>
              <w:t>13</w:t>
            </w:r>
          </w:p>
        </w:tc>
        <w:tc>
          <w:tcPr>
            <w:tcW w:type="dxa" w:w="2835"/>
          </w:tcPr>
          <w:p>
            <w:r>
              <w:t>create</w:t>
            </w:r>
          </w:p>
        </w:tc>
        <w:tc>
          <w:tcPr>
            <w:tcW w:type="dxa" w:w="4535"/>
          </w:tcPr>
          <w:p>
            <w:r>
              <w:t>创建</w:t>
            </w:r>
          </w:p>
        </w:tc>
      </w:tr>
      <w:tr>
        <w:tc>
          <w:tcPr>
            <w:tcW w:type="dxa" w:w="850"/>
          </w:tcPr>
          <w:p>
            <w:r>
              <w:t>14</w:t>
            </w:r>
          </w:p>
        </w:tc>
        <w:tc>
          <w:tcPr>
            <w:tcW w:type="dxa" w:w="2835"/>
          </w:tcPr>
          <w:p>
            <w:r>
              <w:t>reduce</w:t>
            </w:r>
          </w:p>
        </w:tc>
        <w:tc>
          <w:tcPr>
            <w:tcW w:type="dxa" w:w="4535"/>
          </w:tcPr>
          <w:p>
            <w:r>
              <w:t>减少</w:t>
            </w:r>
          </w:p>
        </w:tc>
      </w:tr>
      <w:tr>
        <w:tc>
          <w:tcPr>
            <w:tcW w:type="dxa" w:w="850"/>
          </w:tcPr>
          <w:p>
            <w:r>
              <w:t>15</w:t>
            </w:r>
          </w:p>
        </w:tc>
        <w:tc>
          <w:tcPr>
            <w:tcW w:type="dxa" w:w="2835"/>
          </w:tcPr>
          <w:p>
            <w:r>
              <w:t>additionally</w:t>
            </w:r>
          </w:p>
        </w:tc>
        <w:tc>
          <w:tcPr>
            <w:tcW w:type="dxa" w:w="4535"/>
          </w:tcPr>
          <w:p>
            <w:r>
              <w:t>此外，另外</w:t>
            </w:r>
          </w:p>
        </w:tc>
      </w:tr>
      <w:tr>
        <w:tc>
          <w:tcPr>
            <w:tcW w:type="dxa" w:w="850"/>
          </w:tcPr>
          <w:p>
            <w:r>
              <w:t>16</w:t>
            </w:r>
          </w:p>
        </w:tc>
        <w:tc>
          <w:tcPr>
            <w:tcW w:type="dxa" w:w="2835"/>
          </w:tcPr>
          <w:p>
            <w:r>
              <w:t>addition</w:t>
            </w:r>
          </w:p>
        </w:tc>
        <w:tc>
          <w:tcPr>
            <w:tcW w:type="dxa" w:w="4535"/>
          </w:tcPr>
          <w:p>
            <w:r>
              <w:t>增加；附加物</w:t>
            </w:r>
          </w:p>
        </w:tc>
      </w:tr>
      <w:tr>
        <w:tc>
          <w:tcPr>
            <w:tcW w:type="dxa" w:w="850"/>
          </w:tcPr>
          <w:p>
            <w:r>
              <w:t>17</w:t>
            </w:r>
          </w:p>
        </w:tc>
        <w:tc>
          <w:tcPr>
            <w:tcW w:type="dxa" w:w="2835"/>
          </w:tcPr>
          <w:p>
            <w:r>
              <w:t>exciting</w:t>
            </w:r>
          </w:p>
        </w:tc>
        <w:tc>
          <w:tcPr>
            <w:tcW w:type="dxa" w:w="4535"/>
          </w:tcPr>
          <w:p>
            <w:r>
              <w:t>令人兴奋的</w:t>
            </w:r>
          </w:p>
        </w:tc>
      </w:tr>
      <w:tr>
        <w:tc>
          <w:tcPr>
            <w:tcW w:type="dxa" w:w="850"/>
          </w:tcPr>
          <w:p>
            <w:r>
              <w:t>18</w:t>
            </w:r>
          </w:p>
        </w:tc>
        <w:tc>
          <w:tcPr>
            <w:tcW w:type="dxa" w:w="2835"/>
          </w:tcPr>
          <w:p>
            <w:r>
              <w:t>contest</w:t>
            </w:r>
          </w:p>
        </w:tc>
        <w:tc>
          <w:tcPr>
            <w:tcW w:type="dxa" w:w="4535"/>
          </w:tcPr>
          <w:p>
            <w:r>
              <w:t>比赛，竞赛</w:t>
            </w:r>
          </w:p>
        </w:tc>
      </w:tr>
      <w:tr>
        <w:tc>
          <w:tcPr>
            <w:tcW w:type="dxa" w:w="850"/>
          </w:tcPr>
          <w:p>
            <w:r>
              <w:t>19</w:t>
            </w:r>
          </w:p>
        </w:tc>
        <w:tc>
          <w:tcPr>
            <w:tcW w:type="dxa" w:w="2835"/>
          </w:tcPr>
          <w:p>
            <w:r>
              <w:t>program</w:t>
            </w:r>
          </w:p>
        </w:tc>
        <w:tc>
          <w:tcPr>
            <w:tcW w:type="dxa" w:w="4535"/>
          </w:tcPr>
          <w:p>
            <w:r>
              <w:t>节目；项目；课程</w:t>
            </w:r>
          </w:p>
        </w:tc>
      </w:tr>
      <w:tr>
        <w:tc>
          <w:tcPr>
            <w:tcW w:type="dxa" w:w="850"/>
          </w:tcPr>
          <w:p>
            <w:r>
              <w:t>20</w:t>
            </w:r>
          </w:p>
        </w:tc>
        <w:tc>
          <w:tcPr>
            <w:tcW w:type="dxa" w:w="2835"/>
          </w:tcPr>
          <w:p>
            <w:r>
              <w:t>scan</w:t>
            </w:r>
          </w:p>
        </w:tc>
        <w:tc>
          <w:tcPr>
            <w:tcW w:type="dxa" w:w="4535"/>
          </w:tcPr>
          <w:p>
            <w:r>
              <w:t>扫描</w:t>
            </w:r>
          </w:p>
        </w:tc>
      </w:tr>
      <w:tr>
        <w:tc>
          <w:tcPr>
            <w:tcW w:type="dxa" w:w="850"/>
          </w:tcPr>
          <w:p>
            <w:r>
              <w:t>21</w:t>
            </w:r>
          </w:p>
        </w:tc>
        <w:tc>
          <w:tcPr>
            <w:tcW w:type="dxa" w:w="2835"/>
          </w:tcPr>
          <w:p>
            <w:r>
              <w:t>additional</w:t>
            </w:r>
          </w:p>
        </w:tc>
        <w:tc>
          <w:tcPr>
            <w:tcW w:type="dxa" w:w="4535"/>
          </w:tcPr>
          <w:p>
            <w:r>
              <w:t>额外的</w:t>
            </w:r>
          </w:p>
        </w:tc>
      </w:tr>
      <w:tr>
        <w:tc>
          <w:tcPr>
            <w:tcW w:type="dxa" w:w="850"/>
          </w:tcPr>
          <w:p>
            <w:r>
              <w:t>22</w:t>
            </w:r>
          </w:p>
        </w:tc>
        <w:tc>
          <w:tcPr>
            <w:tcW w:type="dxa" w:w="2835"/>
          </w:tcPr>
          <w:p>
            <w:r>
              <w:t>select</w:t>
            </w:r>
          </w:p>
        </w:tc>
        <w:tc>
          <w:tcPr>
            <w:tcW w:type="dxa" w:w="4535"/>
          </w:tcPr>
          <w:p>
            <w:r>
              <w:t>选择</w:t>
            </w:r>
          </w:p>
        </w:tc>
      </w:tr>
      <w:tr>
        <w:tc>
          <w:tcPr>
            <w:tcW w:type="dxa" w:w="850"/>
          </w:tcPr>
          <w:p>
            <w:r>
              <w:t>23</w:t>
            </w:r>
          </w:p>
        </w:tc>
        <w:tc>
          <w:tcPr>
            <w:tcW w:type="dxa" w:w="2835"/>
          </w:tcPr>
          <w:p>
            <w:r>
              <w:t>focus</w:t>
            </w:r>
          </w:p>
        </w:tc>
        <w:tc>
          <w:tcPr>
            <w:tcW w:type="dxa" w:w="4535"/>
          </w:tcPr>
          <w:p>
            <w:r>
              <w:t>重点；聚焦</w:t>
            </w:r>
          </w:p>
        </w:tc>
      </w:tr>
      <w:tr>
        <w:tc>
          <w:tcPr>
            <w:tcW w:type="dxa" w:w="850"/>
          </w:tcPr>
          <w:p>
            <w:r>
              <w:t>24</w:t>
            </w:r>
          </w:p>
        </w:tc>
        <w:tc>
          <w:tcPr>
            <w:tcW w:type="dxa" w:w="2835"/>
          </w:tcPr>
          <w:p>
            <w:r>
              <w:t>submitted</w:t>
            </w:r>
          </w:p>
        </w:tc>
        <w:tc>
          <w:tcPr>
            <w:tcW w:type="dxa" w:w="4535"/>
          </w:tcPr>
          <w:p>
            <w:r>
              <w:t>已提交的</w:t>
            </w:r>
          </w:p>
        </w:tc>
      </w:tr>
      <w:tr>
        <w:tc>
          <w:tcPr>
            <w:tcW w:type="dxa" w:w="850"/>
          </w:tcPr>
          <w:p>
            <w:r>
              <w:t>25</w:t>
            </w:r>
          </w:p>
        </w:tc>
        <w:tc>
          <w:tcPr>
            <w:tcW w:type="dxa" w:w="2835"/>
          </w:tcPr>
          <w:p>
            <w:r>
              <w:t>waste</w:t>
            </w:r>
          </w:p>
        </w:tc>
        <w:tc>
          <w:tcPr>
            <w:tcW w:type="dxa" w:w="4535"/>
          </w:tcPr>
          <w:p>
            <w:r>
              <w:t>浪费；废弃物</w:t>
            </w:r>
          </w:p>
        </w:tc>
      </w:tr>
      <w:tr>
        <w:tc>
          <w:tcPr>
            <w:tcW w:type="dxa" w:w="850"/>
          </w:tcPr>
          <w:p>
            <w:r>
              <w:t>26</w:t>
            </w:r>
          </w:p>
        </w:tc>
        <w:tc>
          <w:tcPr>
            <w:tcW w:type="dxa" w:w="2835"/>
          </w:tcPr>
          <w:p>
            <w:r>
              <w:t>accommodate</w:t>
            </w:r>
          </w:p>
        </w:tc>
        <w:tc>
          <w:tcPr>
            <w:tcW w:type="dxa" w:w="4535"/>
          </w:tcPr>
          <w:p>
            <w:r>
              <w:t>容纳；适应</w:t>
            </w:r>
          </w:p>
        </w:tc>
      </w:tr>
      <w:tr>
        <w:tc>
          <w:tcPr>
            <w:tcW w:type="dxa" w:w="850"/>
          </w:tcPr>
          <w:p>
            <w:r>
              <w:t>27</w:t>
            </w:r>
          </w:p>
        </w:tc>
        <w:tc>
          <w:tcPr>
            <w:tcW w:type="dxa" w:w="2835"/>
          </w:tcPr>
          <w:p>
            <w:r>
              <w:t>improve</w:t>
            </w:r>
          </w:p>
        </w:tc>
        <w:tc>
          <w:tcPr>
            <w:tcW w:type="dxa" w:w="4535"/>
          </w:tcPr>
          <w:p>
            <w:r>
              <w:t>改进，提高</w:t>
            </w:r>
          </w:p>
        </w:tc>
      </w:tr>
      <w:tr>
        <w:tc>
          <w:tcPr>
            <w:tcW w:type="dxa" w:w="850"/>
          </w:tcPr>
          <w:p>
            <w:r>
              <w:t>28</w:t>
            </w:r>
          </w:p>
        </w:tc>
        <w:tc>
          <w:tcPr>
            <w:tcW w:type="dxa" w:w="2835"/>
          </w:tcPr>
          <w:p>
            <w:r>
              <w:t>print</w:t>
            </w:r>
          </w:p>
        </w:tc>
        <w:tc>
          <w:tcPr>
            <w:tcW w:type="dxa" w:w="4535"/>
          </w:tcPr>
          <w:p>
            <w:r>
              <w:t>打印；印刷</w:t>
            </w:r>
          </w:p>
        </w:tc>
      </w:tr>
      <w:tr>
        <w:tc>
          <w:tcPr>
            <w:tcW w:type="dxa" w:w="850"/>
          </w:tcPr>
          <w:p>
            <w:r>
              <w:t>29</w:t>
            </w:r>
          </w:p>
        </w:tc>
        <w:tc>
          <w:tcPr>
            <w:tcW w:type="dxa" w:w="2835"/>
          </w:tcPr>
          <w:p>
            <w:r>
              <w:t>outline</w:t>
            </w:r>
          </w:p>
        </w:tc>
        <w:tc>
          <w:tcPr>
            <w:tcW w:type="dxa" w:w="4535"/>
          </w:tcPr>
          <w:p>
            <w:r>
              <w:t>大纲；概述</w:t>
            </w:r>
          </w:p>
        </w:tc>
      </w:tr>
      <w:tr>
        <w:tc>
          <w:tcPr>
            <w:tcW w:type="dxa" w:w="850"/>
          </w:tcPr>
          <w:p>
            <w:r>
              <w:t>30</w:t>
            </w:r>
          </w:p>
        </w:tc>
        <w:tc>
          <w:tcPr>
            <w:tcW w:type="dxa" w:w="2835"/>
          </w:tcPr>
          <w:p>
            <w:r>
              <w:t>streamline</w:t>
            </w:r>
          </w:p>
        </w:tc>
        <w:tc>
          <w:tcPr>
            <w:tcW w:type="dxa" w:w="4535"/>
          </w:tcPr>
          <w:p>
            <w:r>
              <w:t>精简，使更高效</w:t>
            </w:r>
          </w:p>
        </w:tc>
      </w:tr>
      <w:tr>
        <w:tc>
          <w:tcPr>
            <w:tcW w:type="dxa" w:w="850"/>
          </w:tcPr>
          <w:p>
            <w:r>
              <w:t>31</w:t>
            </w:r>
          </w:p>
        </w:tc>
        <w:tc>
          <w:tcPr>
            <w:tcW w:type="dxa" w:w="2835"/>
          </w:tcPr>
          <w:p>
            <w:r>
              <w:t>updated</w:t>
            </w:r>
          </w:p>
        </w:tc>
        <w:tc>
          <w:tcPr>
            <w:tcW w:type="dxa" w:w="4535"/>
          </w:tcPr>
          <w:p>
            <w:r>
              <w:t>更新的</w:t>
            </w:r>
          </w:p>
        </w:tc>
      </w:tr>
      <w:tr>
        <w:tc>
          <w:tcPr>
            <w:tcW w:type="dxa" w:w="850"/>
          </w:tcPr>
          <w:p>
            <w:r>
              <w:t>32</w:t>
            </w:r>
          </w:p>
        </w:tc>
        <w:tc>
          <w:tcPr>
            <w:tcW w:type="dxa" w:w="2835"/>
          </w:tcPr>
          <w:p>
            <w:r>
              <w:t>address</w:t>
            </w:r>
          </w:p>
        </w:tc>
        <w:tc>
          <w:tcPr>
            <w:tcW w:type="dxa" w:w="4535"/>
          </w:tcPr>
          <w:p>
            <w:r>
              <w:t>解决，处理；地址</w:t>
            </w:r>
          </w:p>
        </w:tc>
      </w:tr>
      <w:tr>
        <w:tc>
          <w:tcPr>
            <w:tcW w:type="dxa" w:w="850"/>
          </w:tcPr>
          <w:p>
            <w:r>
              <w:t>33</w:t>
            </w:r>
          </w:p>
        </w:tc>
        <w:tc>
          <w:tcPr>
            <w:tcW w:type="dxa" w:w="2835"/>
          </w:tcPr>
          <w:p>
            <w:r>
              <w:t>easier</w:t>
            </w:r>
          </w:p>
        </w:tc>
        <w:tc>
          <w:tcPr>
            <w:tcW w:type="dxa" w:w="4535"/>
          </w:tcPr>
          <w:p>
            <w:r>
              <w:t>更容易的</w:t>
            </w:r>
          </w:p>
        </w:tc>
      </w:tr>
      <w:tr>
        <w:tc>
          <w:tcPr>
            <w:tcW w:type="dxa" w:w="850"/>
          </w:tcPr>
          <w:p>
            <w:r>
              <w:t>34</w:t>
            </w:r>
          </w:p>
        </w:tc>
        <w:tc>
          <w:tcPr>
            <w:tcW w:type="dxa" w:w="2835"/>
          </w:tcPr>
          <w:p>
            <w:r>
              <w:t>technology</w:t>
            </w:r>
          </w:p>
        </w:tc>
        <w:tc>
          <w:tcPr>
            <w:tcW w:type="dxa" w:w="4535"/>
          </w:tcPr>
          <w:p>
            <w:r>
              <w:t>技术</w:t>
            </w:r>
          </w:p>
        </w:tc>
      </w:tr>
      <w:tr>
        <w:tc>
          <w:tcPr>
            <w:tcW w:type="dxa" w:w="850"/>
          </w:tcPr>
          <w:p>
            <w:r>
              <w:t>35</w:t>
            </w:r>
          </w:p>
        </w:tc>
        <w:tc>
          <w:tcPr>
            <w:tcW w:type="dxa" w:w="2835"/>
          </w:tcPr>
          <w:p>
            <w:r>
              <w:t>operate</w:t>
            </w:r>
          </w:p>
        </w:tc>
        <w:tc>
          <w:tcPr>
            <w:tcW w:type="dxa" w:w="4535"/>
          </w:tcPr>
          <w:p>
            <w:r>
              <w:t>操作；经营</w:t>
            </w:r>
          </w:p>
        </w:tc>
      </w:tr>
      <w:tr>
        <w:tc>
          <w:tcPr>
            <w:tcW w:type="dxa" w:w="850"/>
          </w:tcPr>
          <w:p>
            <w:r>
              <w:t>36</w:t>
            </w:r>
          </w:p>
        </w:tc>
        <w:tc>
          <w:tcPr>
            <w:tcW w:type="dxa" w:w="2835"/>
          </w:tcPr>
          <w:p>
            <w:r>
              <w:t>interest</w:t>
            </w:r>
          </w:p>
        </w:tc>
        <w:tc>
          <w:tcPr>
            <w:tcW w:type="dxa" w:w="4535"/>
          </w:tcPr>
          <w:p>
            <w:r>
              <w:t>兴趣；利益</w:t>
            </w:r>
          </w:p>
        </w:tc>
      </w:tr>
      <w:tr>
        <w:tc>
          <w:tcPr>
            <w:tcW w:type="dxa" w:w="850"/>
          </w:tcPr>
          <w:p>
            <w:r>
              <w:t>37</w:t>
            </w:r>
          </w:p>
        </w:tc>
        <w:tc>
          <w:tcPr>
            <w:tcW w:type="dxa" w:w="2835"/>
          </w:tcPr>
          <w:p>
            <w:r>
              <w:t>example</w:t>
            </w:r>
          </w:p>
        </w:tc>
        <w:tc>
          <w:tcPr>
            <w:tcW w:type="dxa" w:w="4535"/>
          </w:tcPr>
          <w:p>
            <w:r>
              <w:t>例子</w:t>
            </w:r>
          </w:p>
        </w:tc>
      </w:tr>
      <w:tr>
        <w:tc>
          <w:tcPr>
            <w:tcW w:type="dxa" w:w="850"/>
          </w:tcPr>
          <w:p>
            <w:r>
              <w:t>38</w:t>
            </w:r>
          </w:p>
        </w:tc>
        <w:tc>
          <w:tcPr>
            <w:tcW w:type="dxa" w:w="2835"/>
          </w:tcPr>
          <w:p>
            <w:r>
              <w:t>essay</w:t>
            </w:r>
          </w:p>
        </w:tc>
        <w:tc>
          <w:tcPr>
            <w:tcW w:type="dxa" w:w="4535"/>
          </w:tcPr>
          <w:p>
            <w:r>
              <w:t>论文；短文</w:t>
            </w:r>
          </w:p>
        </w:tc>
      </w:tr>
      <w:tr>
        <w:tc>
          <w:tcPr>
            <w:tcW w:type="dxa" w:w="850"/>
          </w:tcPr>
          <w:p>
            <w:r>
              <w:t>39</w:t>
            </w:r>
          </w:p>
        </w:tc>
        <w:tc>
          <w:tcPr>
            <w:tcW w:type="dxa" w:w="2835"/>
          </w:tcPr>
          <w:p>
            <w:r>
              <w:t>refer</w:t>
            </w:r>
          </w:p>
        </w:tc>
        <w:tc>
          <w:tcPr>
            <w:tcW w:type="dxa" w:w="4535"/>
          </w:tcPr>
          <w:p>
            <w:r>
              <w:t>提及；参考</w:t>
            </w:r>
          </w:p>
        </w:tc>
      </w:tr>
      <w:tr>
        <w:tc>
          <w:tcPr>
            <w:tcW w:type="dxa" w:w="850"/>
          </w:tcPr>
          <w:p>
            <w:r>
              <w:t>40</w:t>
            </w:r>
          </w:p>
        </w:tc>
        <w:tc>
          <w:tcPr>
            <w:tcW w:type="dxa" w:w="2835"/>
          </w:tcPr>
          <w:p>
            <w:r>
              <w:t>record</w:t>
            </w:r>
          </w:p>
        </w:tc>
        <w:tc>
          <w:tcPr>
            <w:tcW w:type="dxa" w:w="4535"/>
          </w:tcPr>
          <w:p>
            <w:r>
              <w:t>记录；录制</w:t>
            </w:r>
          </w:p>
        </w:tc>
      </w:tr>
      <w:tr>
        <w:tc>
          <w:tcPr>
            <w:tcW w:type="dxa" w:w="850"/>
          </w:tcPr>
          <w:p>
            <w:r>
              <w:t>41</w:t>
            </w:r>
          </w:p>
        </w:tc>
        <w:tc>
          <w:tcPr>
            <w:tcW w:type="dxa" w:w="2835"/>
          </w:tcPr>
          <w:p>
            <w:r>
              <w:t>trouble</w:t>
            </w:r>
          </w:p>
        </w:tc>
        <w:tc>
          <w:tcPr>
            <w:tcW w:type="dxa" w:w="4535"/>
          </w:tcPr>
          <w:p>
            <w:r>
              <w:t>麻烦，问题</w:t>
            </w:r>
          </w:p>
        </w:tc>
      </w:tr>
      <w:tr>
        <w:tc>
          <w:tcPr>
            <w:tcW w:type="dxa" w:w="850"/>
          </w:tcPr>
          <w:p>
            <w:r>
              <w:t>42</w:t>
            </w:r>
          </w:p>
        </w:tc>
        <w:tc>
          <w:tcPr>
            <w:tcW w:type="dxa" w:w="2835"/>
          </w:tcPr>
          <w:p>
            <w:r>
              <w:t>application</w:t>
            </w:r>
          </w:p>
        </w:tc>
        <w:tc>
          <w:tcPr>
            <w:tcW w:type="dxa" w:w="4535"/>
          </w:tcPr>
          <w:p>
            <w:r>
              <w:t>申请；应用</w:t>
            </w:r>
          </w:p>
        </w:tc>
      </w:tr>
      <w:tr>
        <w:tc>
          <w:tcPr>
            <w:tcW w:type="dxa" w:w="850"/>
          </w:tcPr>
          <w:p>
            <w:r>
              <w:t>43</w:t>
            </w:r>
          </w:p>
        </w:tc>
        <w:tc>
          <w:tcPr>
            <w:tcW w:type="dxa" w:w="2835"/>
          </w:tcPr>
          <w:p>
            <w:r>
              <w:t>form</w:t>
            </w:r>
          </w:p>
        </w:tc>
        <w:tc>
          <w:tcPr>
            <w:tcW w:type="dxa" w:w="4535"/>
          </w:tcPr>
          <w:p>
            <w:r>
              <w:t>表格；形式</w:t>
            </w:r>
          </w:p>
        </w:tc>
      </w:tr>
      <w:tr>
        <w:tc>
          <w:tcPr>
            <w:tcW w:type="dxa" w:w="850"/>
          </w:tcPr>
          <w:p>
            <w:r>
              <w:t>44</w:t>
            </w:r>
          </w:p>
        </w:tc>
        <w:tc>
          <w:tcPr>
            <w:tcW w:type="dxa" w:w="2835"/>
          </w:tcPr>
          <w:p>
            <w:r>
              <w:t>procedures</w:t>
            </w:r>
          </w:p>
        </w:tc>
        <w:tc>
          <w:tcPr>
            <w:tcW w:type="dxa" w:w="4535"/>
          </w:tcPr>
          <w:p>
            <w:r>
              <w:t>程序，步骤</w:t>
            </w:r>
          </w:p>
        </w:tc>
      </w:tr>
      <w:tr>
        <w:tc>
          <w:tcPr>
            <w:tcW w:type="dxa" w:w="850"/>
          </w:tcPr>
          <w:p>
            <w:r>
              <w:t>45</w:t>
            </w:r>
          </w:p>
        </w:tc>
        <w:tc>
          <w:tcPr>
            <w:tcW w:type="dxa" w:w="2835"/>
          </w:tcPr>
          <w:p>
            <w:r>
              <w:t>extend</w:t>
            </w:r>
          </w:p>
        </w:tc>
        <w:tc>
          <w:tcPr>
            <w:tcW w:type="dxa" w:w="4535"/>
          </w:tcPr>
          <w:p>
            <w:r>
              <w:t>延长；扩展</w:t>
            </w:r>
          </w:p>
        </w:tc>
      </w:tr>
      <w:tr>
        <w:tc>
          <w:tcPr>
            <w:tcW w:type="dxa" w:w="850"/>
          </w:tcPr>
          <w:p>
            <w:r>
              <w:t>46</w:t>
            </w:r>
          </w:p>
        </w:tc>
        <w:tc>
          <w:tcPr>
            <w:tcW w:type="dxa" w:w="2835"/>
          </w:tcPr>
          <w:p>
            <w:r>
              <w:t>upload</w:t>
            </w:r>
          </w:p>
        </w:tc>
        <w:tc>
          <w:tcPr>
            <w:tcW w:type="dxa" w:w="4535"/>
          </w:tcPr>
          <w:p>
            <w:r>
              <w:t>上传</w:t>
            </w:r>
          </w:p>
        </w:tc>
      </w:tr>
      <w:tr>
        <w:tc>
          <w:tcPr>
            <w:tcW w:type="dxa" w:w="850"/>
          </w:tcPr>
          <w:p>
            <w:r>
              <w:t>47</w:t>
            </w:r>
          </w:p>
        </w:tc>
        <w:tc>
          <w:tcPr>
            <w:tcW w:type="dxa" w:w="2835"/>
          </w:tcPr>
          <w:p>
            <w:r>
              <w:t>inform</w:t>
            </w:r>
          </w:p>
        </w:tc>
        <w:tc>
          <w:tcPr>
            <w:tcW w:type="dxa" w:w="4535"/>
          </w:tcPr>
          <w:p>
            <w:r>
              <w:t>通知，告知</w:t>
            </w:r>
          </w:p>
        </w:tc>
      </w:tr>
      <w:tr>
        <w:tc>
          <w:tcPr>
            <w:tcW w:type="dxa" w:w="850"/>
          </w:tcPr>
          <w:p>
            <w:r>
              <w:t>48</w:t>
            </w:r>
          </w:p>
        </w:tc>
        <w:tc>
          <w:tcPr>
            <w:tcW w:type="dxa" w:w="2835"/>
          </w:tcPr>
          <w:p>
            <w:r>
              <w:t>tutorial</w:t>
            </w:r>
          </w:p>
        </w:tc>
        <w:tc>
          <w:tcPr>
            <w:tcW w:type="dxa" w:w="4535"/>
          </w:tcPr>
          <w:p>
            <w:r>
              <w:t>辅导课；教程</w:t>
            </w:r>
          </w:p>
        </w:tc>
      </w:tr>
      <w:tr>
        <w:tc>
          <w:tcPr>
            <w:tcW w:type="dxa" w:w="850"/>
          </w:tcPr>
          <w:p>
            <w:r>
              <w:t>49</w:t>
            </w:r>
          </w:p>
        </w:tc>
        <w:tc>
          <w:tcPr>
            <w:tcW w:type="dxa" w:w="2835"/>
          </w:tcPr>
          <w:p>
            <w:r>
              <w:t>layout</w:t>
            </w:r>
          </w:p>
        </w:tc>
        <w:tc>
          <w:tcPr>
            <w:tcW w:type="dxa" w:w="4535"/>
          </w:tcPr>
          <w:p>
            <w:r>
              <w:t>布局，版面</w:t>
            </w:r>
          </w:p>
        </w:tc>
      </w:tr>
      <w:tr>
        <w:tc>
          <w:tcPr>
            <w:tcW w:type="dxa" w:w="850"/>
          </w:tcPr>
          <w:p>
            <w:r>
              <w:t>50</w:t>
            </w:r>
          </w:p>
        </w:tc>
        <w:tc>
          <w:tcPr>
            <w:tcW w:type="dxa" w:w="2835"/>
          </w:tcPr>
          <w:p>
            <w:r>
              <w:t>center</w:t>
            </w:r>
          </w:p>
        </w:tc>
        <w:tc>
          <w:tcPr>
            <w:tcW w:type="dxa" w:w="4535"/>
          </w:tcPr>
          <w:p>
            <w:r>
              <w:t>中心</w:t>
            </w:r>
          </w:p>
        </w:tc>
      </w:tr>
    </w:tbl>
    <w:p/>
    <w:p>
      <w:pPr>
        <w:pStyle w:val="Heading1"/>
      </w:pPr>
      <w:r>
        <w:t>第2组（schedule → announce）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850"/>
          </w:tcPr>
          <w:p>
            <w:r>
              <w:t>序号</w:t>
            </w:r>
          </w:p>
        </w:tc>
        <w:tc>
          <w:tcPr>
            <w:tcW w:type="dxa" w:w="2835"/>
          </w:tcPr>
          <w:p>
            <w:r>
              <w:t>英文单词</w:t>
            </w:r>
          </w:p>
        </w:tc>
        <w:tc>
          <w:tcPr>
            <w:tcW w:type="dxa" w:w="4535"/>
          </w:tcPr>
          <w:p>
            <w:r>
              <w:t>中文释义</w:t>
            </w:r>
          </w:p>
        </w:tc>
      </w:tr>
      <w:tr>
        <w:tc>
          <w:tcPr>
            <w:tcW w:type="dxa" w:w="850"/>
          </w:tcPr>
          <w:p>
            <w:r>
              <w:t>1</w:t>
            </w:r>
          </w:p>
        </w:tc>
        <w:tc>
          <w:tcPr>
            <w:tcW w:type="dxa" w:w="2835"/>
          </w:tcPr>
          <w:p>
            <w:r>
              <w:t>schedule</w:t>
            </w:r>
          </w:p>
        </w:tc>
        <w:tc>
          <w:tcPr>
            <w:tcW w:type="dxa" w:w="4535"/>
          </w:tcPr>
          <w:p>
            <w:r>
              <w:t>日程安排，时间表</w:t>
            </w:r>
          </w:p>
        </w:tc>
      </w:tr>
      <w:tr>
        <w:tc>
          <w:tcPr>
            <w:tcW w:type="dxa" w:w="850"/>
          </w:tcPr>
          <w:p>
            <w:r>
              <w:t>2</w:t>
            </w:r>
          </w:p>
        </w:tc>
        <w:tc>
          <w:tcPr>
            <w:tcW w:type="dxa" w:w="2835"/>
          </w:tcPr>
          <w:p>
            <w:r>
              <w:t>lab</w:t>
            </w:r>
          </w:p>
        </w:tc>
        <w:tc>
          <w:tcPr>
            <w:tcW w:type="dxa" w:w="4535"/>
          </w:tcPr>
          <w:p>
            <w:r>
              <w:t>实验室</w:t>
            </w:r>
          </w:p>
        </w:tc>
      </w:tr>
      <w:tr>
        <w:tc>
          <w:tcPr>
            <w:tcW w:type="dxa" w:w="850"/>
          </w:tcPr>
          <w:p>
            <w:r>
              <w:t>3</w:t>
            </w:r>
          </w:p>
        </w:tc>
        <w:tc>
          <w:tcPr>
            <w:tcW w:type="dxa" w:w="2835"/>
          </w:tcPr>
          <w:p>
            <w:r>
              <w:t>facility</w:t>
            </w:r>
          </w:p>
        </w:tc>
        <w:tc>
          <w:tcPr>
            <w:tcW w:type="dxa" w:w="4535"/>
          </w:tcPr>
          <w:p>
            <w:r>
              <w:t>设施</w:t>
            </w:r>
          </w:p>
        </w:tc>
      </w:tr>
      <w:tr>
        <w:tc>
          <w:tcPr>
            <w:tcW w:type="dxa" w:w="850"/>
          </w:tcPr>
          <w:p>
            <w:r>
              <w:t>4</w:t>
            </w:r>
          </w:p>
        </w:tc>
        <w:tc>
          <w:tcPr>
            <w:tcW w:type="dxa" w:w="2835"/>
          </w:tcPr>
          <w:p>
            <w:r>
              <w:t>design</w:t>
            </w:r>
          </w:p>
        </w:tc>
        <w:tc>
          <w:tcPr>
            <w:tcW w:type="dxa" w:w="4535"/>
          </w:tcPr>
          <w:p>
            <w:r>
              <w:t>设计</w:t>
            </w:r>
          </w:p>
        </w:tc>
      </w:tr>
      <w:tr>
        <w:tc>
          <w:tcPr>
            <w:tcW w:type="dxa" w:w="850"/>
          </w:tcPr>
          <w:p>
            <w:r>
              <w:t>5</w:t>
            </w:r>
          </w:p>
        </w:tc>
        <w:tc>
          <w:tcPr>
            <w:tcW w:type="dxa" w:w="2835"/>
          </w:tcPr>
          <w:p>
            <w:r>
              <w:t>support</w:t>
            </w:r>
          </w:p>
        </w:tc>
        <w:tc>
          <w:tcPr>
            <w:tcW w:type="dxa" w:w="4535"/>
          </w:tcPr>
          <w:p>
            <w:r>
              <w:t>支持；资助</w:t>
            </w:r>
          </w:p>
        </w:tc>
      </w:tr>
      <w:tr>
        <w:tc>
          <w:tcPr>
            <w:tcW w:type="dxa" w:w="850"/>
          </w:tcPr>
          <w:p>
            <w:r>
              <w:t>6</w:t>
            </w:r>
          </w:p>
        </w:tc>
        <w:tc>
          <w:tcPr>
            <w:tcW w:type="dxa" w:w="2835"/>
          </w:tcPr>
          <w:p>
            <w:r>
              <w:t>auditorium</w:t>
            </w:r>
          </w:p>
        </w:tc>
        <w:tc>
          <w:tcPr>
            <w:tcW w:type="dxa" w:w="4535"/>
          </w:tcPr>
          <w:p>
            <w:r>
              <w:t>礼堂</w:t>
            </w:r>
          </w:p>
        </w:tc>
      </w:tr>
      <w:tr>
        <w:tc>
          <w:tcPr>
            <w:tcW w:type="dxa" w:w="850"/>
          </w:tcPr>
          <w:p>
            <w:r>
              <w:t>7</w:t>
            </w:r>
          </w:p>
        </w:tc>
        <w:tc>
          <w:tcPr>
            <w:tcW w:type="dxa" w:w="2835"/>
          </w:tcPr>
          <w:p>
            <w:r>
              <w:t>ensure</w:t>
            </w:r>
          </w:p>
        </w:tc>
        <w:tc>
          <w:tcPr>
            <w:tcW w:type="dxa" w:w="4535"/>
          </w:tcPr>
          <w:p>
            <w:r>
              <w:t>确保</w:t>
            </w:r>
          </w:p>
        </w:tc>
      </w:tr>
      <w:tr>
        <w:tc>
          <w:tcPr>
            <w:tcW w:type="dxa" w:w="850"/>
          </w:tcPr>
          <w:p>
            <w:r>
              <w:t>8</w:t>
            </w:r>
          </w:p>
        </w:tc>
        <w:tc>
          <w:tcPr>
            <w:tcW w:type="dxa" w:w="2835"/>
          </w:tcPr>
          <w:p>
            <w:r>
              <w:t>encourage</w:t>
            </w:r>
          </w:p>
        </w:tc>
        <w:tc>
          <w:tcPr>
            <w:tcW w:type="dxa" w:w="4535"/>
          </w:tcPr>
          <w:p>
            <w:r>
              <w:t>鼓励</w:t>
            </w:r>
          </w:p>
        </w:tc>
      </w:tr>
      <w:tr>
        <w:tc>
          <w:tcPr>
            <w:tcW w:type="dxa" w:w="850"/>
          </w:tcPr>
          <w:p>
            <w:r>
              <w:t>9</w:t>
            </w:r>
          </w:p>
        </w:tc>
        <w:tc>
          <w:tcPr>
            <w:tcW w:type="dxa" w:w="2835"/>
          </w:tcPr>
          <w:p>
            <w:r>
              <w:t>gym</w:t>
            </w:r>
          </w:p>
        </w:tc>
        <w:tc>
          <w:tcPr>
            <w:tcW w:type="dxa" w:w="4535"/>
          </w:tcPr>
          <w:p>
            <w:r>
              <w:t>健身房，体育馆</w:t>
            </w:r>
          </w:p>
        </w:tc>
      </w:tr>
      <w:tr>
        <w:tc>
          <w:tcPr>
            <w:tcW w:type="dxa" w:w="850"/>
          </w:tcPr>
          <w:p>
            <w:r>
              <w:t>10</w:t>
            </w:r>
          </w:p>
        </w:tc>
        <w:tc>
          <w:tcPr>
            <w:tcW w:type="dxa" w:w="2835"/>
          </w:tcPr>
          <w:p>
            <w:r>
              <w:t>experience</w:t>
            </w:r>
          </w:p>
        </w:tc>
        <w:tc>
          <w:tcPr>
            <w:tcW w:type="dxa" w:w="4535"/>
          </w:tcPr>
          <w:p>
            <w:r>
              <w:t>经历；经验</w:t>
            </w:r>
          </w:p>
        </w:tc>
      </w:tr>
      <w:tr>
        <w:tc>
          <w:tcPr>
            <w:tcW w:type="dxa" w:w="850"/>
          </w:tcPr>
          <w:p>
            <w:r>
              <w:t>11</w:t>
            </w:r>
          </w:p>
        </w:tc>
        <w:tc>
          <w:tcPr>
            <w:tcW w:type="dxa" w:w="2835"/>
          </w:tcPr>
          <w:p>
            <w:r>
              <w:t>item</w:t>
            </w:r>
          </w:p>
        </w:tc>
        <w:tc>
          <w:tcPr>
            <w:tcW w:type="dxa" w:w="4535"/>
          </w:tcPr>
          <w:p>
            <w:r>
              <w:t>物品；项目</w:t>
            </w:r>
          </w:p>
        </w:tc>
      </w:tr>
      <w:tr>
        <w:tc>
          <w:tcPr>
            <w:tcW w:type="dxa" w:w="850"/>
          </w:tcPr>
          <w:p>
            <w:r>
              <w:t>12</w:t>
            </w:r>
          </w:p>
        </w:tc>
        <w:tc>
          <w:tcPr>
            <w:tcW w:type="dxa" w:w="2835"/>
          </w:tcPr>
          <w:p>
            <w:r>
              <w:t>award</w:t>
            </w:r>
          </w:p>
        </w:tc>
        <w:tc>
          <w:tcPr>
            <w:tcW w:type="dxa" w:w="4535"/>
          </w:tcPr>
          <w:p>
            <w:r>
              <w:t>奖项；授予</w:t>
            </w:r>
          </w:p>
        </w:tc>
      </w:tr>
      <w:tr>
        <w:tc>
          <w:tcPr>
            <w:tcW w:type="dxa" w:w="850"/>
          </w:tcPr>
          <w:p>
            <w:r>
              <w:t>13</w:t>
            </w:r>
          </w:p>
        </w:tc>
        <w:tc>
          <w:tcPr>
            <w:tcW w:type="dxa" w:w="2835"/>
          </w:tcPr>
          <w:p>
            <w:r>
              <w:t>provide</w:t>
            </w:r>
          </w:p>
        </w:tc>
        <w:tc>
          <w:tcPr>
            <w:tcW w:type="dxa" w:w="4535"/>
          </w:tcPr>
          <w:p>
            <w:r>
              <w:t>提供</w:t>
            </w:r>
          </w:p>
        </w:tc>
      </w:tr>
      <w:tr>
        <w:tc>
          <w:tcPr>
            <w:tcW w:type="dxa" w:w="850"/>
          </w:tcPr>
          <w:p>
            <w:r>
              <w:t>14</w:t>
            </w:r>
          </w:p>
        </w:tc>
        <w:tc>
          <w:tcPr>
            <w:tcW w:type="dxa" w:w="2835"/>
          </w:tcPr>
          <w:p>
            <w:r>
              <w:t>ceremony</w:t>
            </w:r>
          </w:p>
        </w:tc>
        <w:tc>
          <w:tcPr>
            <w:tcW w:type="dxa" w:w="4535"/>
          </w:tcPr>
          <w:p>
            <w:r>
              <w:t>典礼，仪式</w:t>
            </w:r>
          </w:p>
        </w:tc>
      </w:tr>
      <w:tr>
        <w:tc>
          <w:tcPr>
            <w:tcW w:type="dxa" w:w="850"/>
          </w:tcPr>
          <w:p>
            <w:r>
              <w:t>15</w:t>
            </w:r>
          </w:p>
        </w:tc>
        <w:tc>
          <w:tcPr>
            <w:tcW w:type="dxa" w:w="2835"/>
          </w:tcPr>
          <w:p>
            <w:r>
              <w:t>maintenance</w:t>
            </w:r>
          </w:p>
        </w:tc>
        <w:tc>
          <w:tcPr>
            <w:tcW w:type="dxa" w:w="4535"/>
          </w:tcPr>
          <w:p>
            <w:r>
              <w:t>维护，保养</w:t>
            </w:r>
          </w:p>
        </w:tc>
      </w:tr>
      <w:tr>
        <w:tc>
          <w:tcPr>
            <w:tcW w:type="dxa" w:w="850"/>
          </w:tcPr>
          <w:p>
            <w:r>
              <w:t>16</w:t>
            </w:r>
          </w:p>
        </w:tc>
        <w:tc>
          <w:tcPr>
            <w:tcW w:type="dxa" w:w="2835"/>
          </w:tcPr>
          <w:p>
            <w:r>
              <w:t>invite</w:t>
            </w:r>
          </w:p>
        </w:tc>
        <w:tc>
          <w:tcPr>
            <w:tcW w:type="dxa" w:w="4535"/>
          </w:tcPr>
          <w:p>
            <w:r>
              <w:t>邀请</w:t>
            </w:r>
          </w:p>
        </w:tc>
      </w:tr>
      <w:tr>
        <w:tc>
          <w:tcPr>
            <w:tcW w:type="dxa" w:w="850"/>
          </w:tcPr>
          <w:p>
            <w:r>
              <w:t>17</w:t>
            </w:r>
          </w:p>
        </w:tc>
        <w:tc>
          <w:tcPr>
            <w:tcW w:type="dxa" w:w="2835"/>
          </w:tcPr>
          <w:p>
            <w:r>
              <w:t>fitness</w:t>
            </w:r>
          </w:p>
        </w:tc>
        <w:tc>
          <w:tcPr>
            <w:tcW w:type="dxa" w:w="4535"/>
          </w:tcPr>
          <w:p>
            <w:r>
              <w:t>健身；健康</w:t>
            </w:r>
          </w:p>
        </w:tc>
      </w:tr>
      <w:tr>
        <w:tc>
          <w:tcPr>
            <w:tcW w:type="dxa" w:w="850"/>
          </w:tcPr>
          <w:p>
            <w:r>
              <w:t>18</w:t>
            </w:r>
          </w:p>
        </w:tc>
        <w:tc>
          <w:tcPr>
            <w:tcW w:type="dxa" w:w="2835"/>
          </w:tcPr>
          <w:p>
            <w:r>
              <w:t>discuss</w:t>
            </w:r>
          </w:p>
        </w:tc>
        <w:tc>
          <w:tcPr>
            <w:tcW w:type="dxa" w:w="4535"/>
          </w:tcPr>
          <w:p>
            <w:r>
              <w:t>讨论</w:t>
            </w:r>
          </w:p>
        </w:tc>
      </w:tr>
      <w:tr>
        <w:tc>
          <w:tcPr>
            <w:tcW w:type="dxa" w:w="850"/>
          </w:tcPr>
          <w:p>
            <w:r>
              <w:t>19</w:t>
            </w:r>
          </w:p>
        </w:tc>
        <w:tc>
          <w:tcPr>
            <w:tcW w:type="dxa" w:w="2835"/>
          </w:tcPr>
          <w:p>
            <w:r>
              <w:t>participate</w:t>
            </w:r>
          </w:p>
        </w:tc>
        <w:tc>
          <w:tcPr>
            <w:tcW w:type="dxa" w:w="4535"/>
          </w:tcPr>
          <w:p>
            <w:r>
              <w:t>参加</w:t>
            </w:r>
          </w:p>
        </w:tc>
      </w:tr>
      <w:tr>
        <w:tc>
          <w:tcPr>
            <w:tcW w:type="dxa" w:w="850"/>
          </w:tcPr>
          <w:p>
            <w:r>
              <w:t>20</w:t>
            </w:r>
          </w:p>
        </w:tc>
        <w:tc>
          <w:tcPr>
            <w:tcW w:type="dxa" w:w="2835"/>
          </w:tcPr>
          <w:p>
            <w:r>
              <w:t>daily</w:t>
            </w:r>
          </w:p>
        </w:tc>
        <w:tc>
          <w:tcPr>
            <w:tcW w:type="dxa" w:w="4535"/>
          </w:tcPr>
          <w:p>
            <w:r>
              <w:t>每日的</w:t>
            </w:r>
          </w:p>
        </w:tc>
      </w:tr>
      <w:tr>
        <w:tc>
          <w:tcPr>
            <w:tcW w:type="dxa" w:w="850"/>
          </w:tcPr>
          <w:p>
            <w:r>
              <w:t>21</w:t>
            </w:r>
          </w:p>
        </w:tc>
        <w:tc>
          <w:tcPr>
            <w:tcW w:type="dxa" w:w="2835"/>
          </w:tcPr>
          <w:p>
            <w:r>
              <w:t>faculty</w:t>
            </w:r>
          </w:p>
        </w:tc>
        <w:tc>
          <w:tcPr>
            <w:tcW w:type="dxa" w:w="4535"/>
          </w:tcPr>
          <w:p>
            <w:r>
              <w:t>教职工；院系</w:t>
            </w:r>
          </w:p>
        </w:tc>
      </w:tr>
      <w:tr>
        <w:tc>
          <w:tcPr>
            <w:tcW w:type="dxa" w:w="850"/>
          </w:tcPr>
          <w:p>
            <w:r>
              <w:t>22</w:t>
            </w:r>
          </w:p>
        </w:tc>
        <w:tc>
          <w:tcPr>
            <w:tcW w:type="dxa" w:w="2835"/>
          </w:tcPr>
          <w:p>
            <w:r>
              <w:t>equipment</w:t>
            </w:r>
          </w:p>
        </w:tc>
        <w:tc>
          <w:tcPr>
            <w:tcW w:type="dxa" w:w="4535"/>
          </w:tcPr>
          <w:p>
            <w:r>
              <w:t>设备，器材</w:t>
            </w:r>
          </w:p>
        </w:tc>
      </w:tr>
      <w:tr>
        <w:tc>
          <w:tcPr>
            <w:tcW w:type="dxa" w:w="850"/>
          </w:tcPr>
          <w:p>
            <w:r>
              <w:t>23</w:t>
            </w:r>
          </w:p>
        </w:tc>
        <w:tc>
          <w:tcPr>
            <w:tcW w:type="dxa" w:w="2835"/>
          </w:tcPr>
          <w:p>
            <w:r>
              <w:t>professor</w:t>
            </w:r>
          </w:p>
        </w:tc>
        <w:tc>
          <w:tcPr>
            <w:tcW w:type="dxa" w:w="4535"/>
          </w:tcPr>
          <w:p>
            <w:r>
              <w:t>教授</w:t>
            </w:r>
          </w:p>
        </w:tc>
      </w:tr>
      <w:tr>
        <w:tc>
          <w:tcPr>
            <w:tcW w:type="dxa" w:w="850"/>
          </w:tcPr>
          <w:p>
            <w:r>
              <w:t>24</w:t>
            </w:r>
          </w:p>
        </w:tc>
        <w:tc>
          <w:tcPr>
            <w:tcW w:type="dxa" w:w="2835"/>
          </w:tcPr>
          <w:p>
            <w:r>
              <w:t>workout</w:t>
            </w:r>
          </w:p>
        </w:tc>
        <w:tc>
          <w:tcPr>
            <w:tcW w:type="dxa" w:w="4535"/>
          </w:tcPr>
          <w:p>
            <w:r>
              <w:t>锻炼</w:t>
            </w:r>
          </w:p>
        </w:tc>
      </w:tr>
      <w:tr>
        <w:tc>
          <w:tcPr>
            <w:tcW w:type="dxa" w:w="850"/>
          </w:tcPr>
          <w:p>
            <w:r>
              <w:t>25</w:t>
            </w:r>
          </w:p>
        </w:tc>
        <w:tc>
          <w:tcPr>
            <w:tcW w:type="dxa" w:w="2835"/>
          </w:tcPr>
          <w:p>
            <w:r>
              <w:t>safe</w:t>
            </w:r>
          </w:p>
        </w:tc>
        <w:tc>
          <w:tcPr>
            <w:tcW w:type="dxa" w:w="4535"/>
          </w:tcPr>
          <w:p>
            <w:r>
              <w:t>安全的</w:t>
            </w:r>
          </w:p>
        </w:tc>
      </w:tr>
      <w:tr>
        <w:tc>
          <w:tcPr>
            <w:tcW w:type="dxa" w:w="850"/>
          </w:tcPr>
          <w:p>
            <w:r>
              <w:t>26</w:t>
            </w:r>
          </w:p>
        </w:tc>
        <w:tc>
          <w:tcPr>
            <w:tcW w:type="dxa" w:w="2835"/>
          </w:tcPr>
          <w:p>
            <w:r>
              <w:t>software</w:t>
            </w:r>
          </w:p>
        </w:tc>
        <w:tc>
          <w:tcPr>
            <w:tcW w:type="dxa" w:w="4535"/>
          </w:tcPr>
          <w:p>
            <w:r>
              <w:t>软件</w:t>
            </w:r>
          </w:p>
        </w:tc>
      </w:tr>
      <w:tr>
        <w:tc>
          <w:tcPr>
            <w:tcW w:type="dxa" w:w="850"/>
          </w:tcPr>
          <w:p>
            <w:r>
              <w:t>27</w:t>
            </w:r>
          </w:p>
        </w:tc>
        <w:tc>
          <w:tcPr>
            <w:tcW w:type="dxa" w:w="2835"/>
          </w:tcPr>
          <w:p>
            <w:r>
              <w:t>arrive</w:t>
            </w:r>
          </w:p>
        </w:tc>
        <w:tc>
          <w:tcPr>
            <w:tcW w:type="dxa" w:w="4535"/>
          </w:tcPr>
          <w:p>
            <w:r>
              <w:t>到达</w:t>
            </w:r>
          </w:p>
        </w:tc>
      </w:tr>
      <w:tr>
        <w:tc>
          <w:tcPr>
            <w:tcW w:type="dxa" w:w="850"/>
          </w:tcPr>
          <w:p>
            <w:r>
              <w:t>28</w:t>
            </w:r>
          </w:p>
        </w:tc>
        <w:tc>
          <w:tcPr>
            <w:tcW w:type="dxa" w:w="2835"/>
          </w:tcPr>
          <w:p>
            <w:r>
              <w:t>such</w:t>
            </w:r>
          </w:p>
        </w:tc>
        <w:tc>
          <w:tcPr>
            <w:tcW w:type="dxa" w:w="4535"/>
          </w:tcPr>
          <w:p>
            <w:r>
              <w:t>这样的</w:t>
            </w:r>
          </w:p>
        </w:tc>
      </w:tr>
      <w:tr>
        <w:tc>
          <w:tcPr>
            <w:tcW w:type="dxa" w:w="850"/>
          </w:tcPr>
          <w:p>
            <w:r>
              <w:t>29</w:t>
            </w:r>
          </w:p>
        </w:tc>
        <w:tc>
          <w:tcPr>
            <w:tcW w:type="dxa" w:w="2835"/>
          </w:tcPr>
          <w:p>
            <w:r>
              <w:t>initiative</w:t>
            </w:r>
          </w:p>
        </w:tc>
        <w:tc>
          <w:tcPr>
            <w:tcW w:type="dxa" w:w="4535"/>
          </w:tcPr>
          <w:p>
            <w:r>
              <w:t>倡议；计划</w:t>
            </w:r>
          </w:p>
        </w:tc>
      </w:tr>
      <w:tr>
        <w:tc>
          <w:tcPr>
            <w:tcW w:type="dxa" w:w="850"/>
          </w:tcPr>
          <w:p>
            <w:r>
              <w:t>30</w:t>
            </w:r>
          </w:p>
        </w:tc>
        <w:tc>
          <w:tcPr>
            <w:tcW w:type="dxa" w:w="2835"/>
          </w:tcPr>
          <w:p>
            <w:r>
              <w:t>cleanup</w:t>
            </w:r>
          </w:p>
        </w:tc>
        <w:tc>
          <w:tcPr>
            <w:tcW w:type="dxa" w:w="4535"/>
          </w:tcPr>
          <w:p>
            <w:r>
              <w:t>清扫，清理</w:t>
            </w:r>
          </w:p>
        </w:tc>
      </w:tr>
      <w:tr>
        <w:tc>
          <w:tcPr>
            <w:tcW w:type="dxa" w:w="850"/>
          </w:tcPr>
          <w:p>
            <w:r>
              <w:t>31</w:t>
            </w:r>
          </w:p>
        </w:tc>
        <w:tc>
          <w:tcPr>
            <w:tcW w:type="dxa" w:w="2835"/>
          </w:tcPr>
          <w:p>
            <w:r>
              <w:t>reopen</w:t>
            </w:r>
          </w:p>
        </w:tc>
        <w:tc>
          <w:tcPr>
            <w:tcW w:type="dxa" w:w="4535"/>
          </w:tcPr>
          <w:p>
            <w:r>
              <w:t>重新开放</w:t>
            </w:r>
          </w:p>
        </w:tc>
      </w:tr>
      <w:tr>
        <w:tc>
          <w:tcPr>
            <w:tcW w:type="dxa" w:w="850"/>
          </w:tcPr>
          <w:p>
            <w:r>
              <w:t>32</w:t>
            </w:r>
          </w:p>
        </w:tc>
        <w:tc>
          <w:tcPr>
            <w:tcW w:type="dxa" w:w="2835"/>
          </w:tcPr>
          <w:p>
            <w:r>
              <w:t>graphic</w:t>
            </w:r>
          </w:p>
        </w:tc>
        <w:tc>
          <w:tcPr>
            <w:tcW w:type="dxa" w:w="4535"/>
          </w:tcPr>
          <w:p>
            <w:r>
              <w:t>图形的；图画</w:t>
            </w:r>
          </w:p>
        </w:tc>
      </w:tr>
      <w:tr>
        <w:tc>
          <w:tcPr>
            <w:tcW w:type="dxa" w:w="850"/>
          </w:tcPr>
          <w:p>
            <w:r>
              <w:t>33</w:t>
            </w:r>
          </w:p>
        </w:tc>
        <w:tc>
          <w:tcPr>
            <w:tcW w:type="dxa" w:w="2835"/>
          </w:tcPr>
          <w:p>
            <w:r>
              <w:t>athletic</w:t>
            </w:r>
          </w:p>
        </w:tc>
        <w:tc>
          <w:tcPr>
            <w:tcW w:type="dxa" w:w="4535"/>
          </w:tcPr>
          <w:p>
            <w:r>
              <w:t>运动的，体育的</w:t>
            </w:r>
          </w:p>
        </w:tc>
      </w:tr>
      <w:tr>
        <w:tc>
          <w:tcPr>
            <w:tcW w:type="dxa" w:w="850"/>
          </w:tcPr>
          <w:p>
            <w:r>
              <w:t>34</w:t>
            </w:r>
          </w:p>
        </w:tc>
        <w:tc>
          <w:tcPr>
            <w:tcW w:type="dxa" w:w="2835"/>
          </w:tcPr>
          <w:p>
            <w:r>
              <w:t>affect</w:t>
            </w:r>
          </w:p>
        </w:tc>
        <w:tc>
          <w:tcPr>
            <w:tcW w:type="dxa" w:w="4535"/>
          </w:tcPr>
          <w:p>
            <w:r>
              <w:t>影响</w:t>
            </w:r>
          </w:p>
        </w:tc>
      </w:tr>
      <w:tr>
        <w:tc>
          <w:tcPr>
            <w:tcW w:type="dxa" w:w="850"/>
          </w:tcPr>
          <w:p>
            <w:r>
              <w:t>35</w:t>
            </w:r>
          </w:p>
        </w:tc>
        <w:tc>
          <w:tcPr>
            <w:tcW w:type="dxa" w:w="2835"/>
          </w:tcPr>
          <w:p>
            <w:r>
              <w:t>longer</w:t>
            </w:r>
          </w:p>
        </w:tc>
        <w:tc>
          <w:tcPr>
            <w:tcW w:type="dxa" w:w="4535"/>
          </w:tcPr>
          <w:p>
            <w:r>
              <w:t>更长的；不再(no longer)</w:t>
            </w:r>
          </w:p>
        </w:tc>
      </w:tr>
      <w:tr>
        <w:tc>
          <w:tcPr>
            <w:tcW w:type="dxa" w:w="850"/>
          </w:tcPr>
          <w:p>
            <w:r>
              <w:t>36</w:t>
            </w:r>
          </w:p>
        </w:tc>
        <w:tc>
          <w:tcPr>
            <w:tcW w:type="dxa" w:w="2835"/>
          </w:tcPr>
          <w:p>
            <w:r>
              <w:t>public</w:t>
            </w:r>
          </w:p>
        </w:tc>
        <w:tc>
          <w:tcPr>
            <w:tcW w:type="dxa" w:w="4535"/>
          </w:tcPr>
          <w:p>
            <w:r>
              <w:t>公共的，公众的</w:t>
            </w:r>
          </w:p>
        </w:tc>
      </w:tr>
      <w:tr>
        <w:tc>
          <w:tcPr>
            <w:tcW w:type="dxa" w:w="850"/>
          </w:tcPr>
          <w:p>
            <w:r>
              <w:t>37</w:t>
            </w:r>
          </w:p>
        </w:tc>
        <w:tc>
          <w:tcPr>
            <w:tcW w:type="dxa" w:w="2835"/>
          </w:tcPr>
          <w:p>
            <w:r>
              <w:t>gala</w:t>
            </w:r>
          </w:p>
        </w:tc>
        <w:tc>
          <w:tcPr>
            <w:tcW w:type="dxa" w:w="4535"/>
          </w:tcPr>
          <w:p>
            <w:r>
              <w:t>盛会，庆典</w:t>
            </w:r>
          </w:p>
        </w:tc>
      </w:tr>
      <w:tr>
        <w:tc>
          <w:tcPr>
            <w:tcW w:type="dxa" w:w="850"/>
          </w:tcPr>
          <w:p>
            <w:r>
              <w:t>38</w:t>
            </w:r>
          </w:p>
        </w:tc>
        <w:tc>
          <w:tcPr>
            <w:tcW w:type="dxa" w:w="2835"/>
          </w:tcPr>
          <w:p>
            <w:r>
              <w:t>donations</w:t>
            </w:r>
          </w:p>
        </w:tc>
        <w:tc>
          <w:tcPr>
            <w:tcW w:type="dxa" w:w="4535"/>
          </w:tcPr>
          <w:p>
            <w:r>
              <w:t>捐赠</w:t>
            </w:r>
          </w:p>
        </w:tc>
      </w:tr>
      <w:tr>
        <w:tc>
          <w:tcPr>
            <w:tcW w:type="dxa" w:w="850"/>
          </w:tcPr>
          <w:p>
            <w:r>
              <w:t>39</w:t>
            </w:r>
          </w:p>
        </w:tc>
        <w:tc>
          <w:tcPr>
            <w:tcW w:type="dxa" w:w="2835"/>
          </w:tcPr>
          <w:p>
            <w:r>
              <w:t>reminder</w:t>
            </w:r>
          </w:p>
        </w:tc>
        <w:tc>
          <w:tcPr>
            <w:tcW w:type="dxa" w:w="4535"/>
          </w:tcPr>
          <w:p>
            <w:r>
              <w:t>提醒，提示</w:t>
            </w:r>
          </w:p>
        </w:tc>
      </w:tr>
      <w:tr>
        <w:tc>
          <w:tcPr>
            <w:tcW w:type="dxa" w:w="850"/>
          </w:tcPr>
          <w:p>
            <w:r>
              <w:t>40</w:t>
            </w:r>
          </w:p>
        </w:tc>
        <w:tc>
          <w:tcPr>
            <w:tcW w:type="dxa" w:w="2835"/>
          </w:tcPr>
          <w:p>
            <w:r>
              <w:t>opportunity</w:t>
            </w:r>
          </w:p>
        </w:tc>
        <w:tc>
          <w:tcPr>
            <w:tcW w:type="dxa" w:w="4535"/>
          </w:tcPr>
          <w:p>
            <w:r>
              <w:t>机会</w:t>
            </w:r>
          </w:p>
        </w:tc>
      </w:tr>
      <w:tr>
        <w:tc>
          <w:tcPr>
            <w:tcW w:type="dxa" w:w="850"/>
          </w:tcPr>
          <w:p>
            <w:r>
              <w:t>41</w:t>
            </w:r>
          </w:p>
        </w:tc>
        <w:tc>
          <w:tcPr>
            <w:tcW w:type="dxa" w:w="2835"/>
          </w:tcPr>
          <w:p>
            <w:r>
              <w:t>upcoming</w:t>
            </w:r>
          </w:p>
        </w:tc>
        <w:tc>
          <w:tcPr>
            <w:tcW w:type="dxa" w:w="4535"/>
          </w:tcPr>
          <w:p>
            <w:r>
              <w:t>即将到来的</w:t>
            </w:r>
          </w:p>
        </w:tc>
      </w:tr>
      <w:tr>
        <w:tc>
          <w:tcPr>
            <w:tcW w:type="dxa" w:w="850"/>
          </w:tcPr>
          <w:p>
            <w:r>
              <w:t>42</w:t>
            </w:r>
          </w:p>
        </w:tc>
        <w:tc>
          <w:tcPr>
            <w:tcW w:type="dxa" w:w="2835"/>
          </w:tcPr>
          <w:p>
            <w:r>
              <w:t>research</w:t>
            </w:r>
          </w:p>
        </w:tc>
        <w:tc>
          <w:tcPr>
            <w:tcW w:type="dxa" w:w="4535"/>
          </w:tcPr>
          <w:p>
            <w:r>
              <w:t>研究</w:t>
            </w:r>
          </w:p>
        </w:tc>
      </w:tr>
      <w:tr>
        <w:tc>
          <w:tcPr>
            <w:tcW w:type="dxa" w:w="850"/>
          </w:tcPr>
          <w:p>
            <w:r>
              <w:t>43</w:t>
            </w:r>
          </w:p>
        </w:tc>
        <w:tc>
          <w:tcPr>
            <w:tcW w:type="dxa" w:w="2835"/>
          </w:tcPr>
          <w:p>
            <w:r>
              <w:t>recycling</w:t>
            </w:r>
          </w:p>
        </w:tc>
        <w:tc>
          <w:tcPr>
            <w:tcW w:type="dxa" w:w="4535"/>
          </w:tcPr>
          <w:p>
            <w:r>
              <w:t>回收利用</w:t>
            </w:r>
          </w:p>
        </w:tc>
      </w:tr>
      <w:tr>
        <w:tc>
          <w:tcPr>
            <w:tcW w:type="dxa" w:w="850"/>
          </w:tcPr>
          <w:p>
            <w:r>
              <w:t>44</w:t>
            </w:r>
          </w:p>
        </w:tc>
        <w:tc>
          <w:tcPr>
            <w:tcW w:type="dxa" w:w="2835"/>
          </w:tcPr>
          <w:p>
            <w:r>
              <w:t>digital</w:t>
            </w:r>
          </w:p>
        </w:tc>
        <w:tc>
          <w:tcPr>
            <w:tcW w:type="dxa" w:w="4535"/>
          </w:tcPr>
          <w:p>
            <w:r>
              <w:t>数字的</w:t>
            </w:r>
          </w:p>
        </w:tc>
      </w:tr>
      <w:tr>
        <w:tc>
          <w:tcPr>
            <w:tcW w:type="dxa" w:w="850"/>
          </w:tcPr>
          <w:p>
            <w:r>
              <w:t>45</w:t>
            </w:r>
          </w:p>
        </w:tc>
        <w:tc>
          <w:tcPr>
            <w:tcW w:type="dxa" w:w="2835"/>
          </w:tcPr>
          <w:p>
            <w:r>
              <w:t>feedback</w:t>
            </w:r>
          </w:p>
        </w:tc>
        <w:tc>
          <w:tcPr>
            <w:tcW w:type="dxa" w:w="4535"/>
          </w:tcPr>
          <w:p>
            <w:r>
              <w:t>反馈</w:t>
            </w:r>
          </w:p>
        </w:tc>
      </w:tr>
      <w:tr>
        <w:tc>
          <w:tcPr>
            <w:tcW w:type="dxa" w:w="850"/>
          </w:tcPr>
          <w:p>
            <w:r>
              <w:t>46</w:t>
            </w:r>
          </w:p>
        </w:tc>
        <w:tc>
          <w:tcPr>
            <w:tcW w:type="dxa" w:w="2835"/>
          </w:tcPr>
          <w:p>
            <w:r>
              <w:t>deadline</w:t>
            </w:r>
          </w:p>
        </w:tc>
        <w:tc>
          <w:tcPr>
            <w:tcW w:type="dxa" w:w="4535"/>
          </w:tcPr>
          <w:p>
            <w:r>
              <w:t>截止日期</w:t>
            </w:r>
          </w:p>
        </w:tc>
      </w:tr>
      <w:tr>
        <w:tc>
          <w:tcPr>
            <w:tcW w:type="dxa" w:w="850"/>
          </w:tcPr>
          <w:p>
            <w:r>
              <w:t>47</w:t>
            </w:r>
          </w:p>
        </w:tc>
        <w:tc>
          <w:tcPr>
            <w:tcW w:type="dxa" w:w="2835"/>
          </w:tcPr>
          <w:p>
            <w:r>
              <w:t>debate</w:t>
            </w:r>
          </w:p>
        </w:tc>
        <w:tc>
          <w:tcPr>
            <w:tcW w:type="dxa" w:w="4535"/>
          </w:tcPr>
          <w:p>
            <w:r>
              <w:t>辩论</w:t>
            </w:r>
          </w:p>
        </w:tc>
      </w:tr>
      <w:tr>
        <w:tc>
          <w:tcPr>
            <w:tcW w:type="dxa" w:w="850"/>
          </w:tcPr>
          <w:p>
            <w:r>
              <w:t>48</w:t>
            </w:r>
          </w:p>
        </w:tc>
        <w:tc>
          <w:tcPr>
            <w:tcW w:type="dxa" w:w="2835"/>
          </w:tcPr>
          <w:p>
            <w:r>
              <w:t>properly</w:t>
            </w:r>
          </w:p>
        </w:tc>
        <w:tc>
          <w:tcPr>
            <w:tcW w:type="dxa" w:w="4535"/>
          </w:tcPr>
          <w:p>
            <w:r>
              <w:t>正确地，恰当地</w:t>
            </w:r>
          </w:p>
        </w:tc>
      </w:tr>
      <w:tr>
        <w:tc>
          <w:tcPr>
            <w:tcW w:type="dxa" w:w="850"/>
          </w:tcPr>
          <w:p>
            <w:r>
              <w:t>49</w:t>
            </w:r>
          </w:p>
        </w:tc>
        <w:tc>
          <w:tcPr>
            <w:tcW w:type="dxa" w:w="2835"/>
          </w:tcPr>
          <w:p>
            <w:r>
              <w:t>success</w:t>
            </w:r>
          </w:p>
        </w:tc>
        <w:tc>
          <w:tcPr>
            <w:tcW w:type="dxa" w:w="4535"/>
          </w:tcPr>
          <w:p>
            <w:r>
              <w:t>成功</w:t>
            </w:r>
          </w:p>
        </w:tc>
      </w:tr>
      <w:tr>
        <w:tc>
          <w:tcPr>
            <w:tcW w:type="dxa" w:w="850"/>
          </w:tcPr>
          <w:p>
            <w:r>
              <w:t>50</w:t>
            </w:r>
          </w:p>
        </w:tc>
        <w:tc>
          <w:tcPr>
            <w:tcW w:type="dxa" w:w="2835"/>
          </w:tcPr>
          <w:p>
            <w:r>
              <w:t>announce</w:t>
            </w:r>
          </w:p>
        </w:tc>
        <w:tc>
          <w:tcPr>
            <w:tcW w:type="dxa" w:w="4535"/>
          </w:tcPr>
          <w:p>
            <w:r>
              <w:t>宣布</w:t>
            </w:r>
          </w:p>
        </w:tc>
      </w:tr>
    </w:tbl>
    <w:p/>
    <w:p>
      <w:pPr>
        <w:pStyle w:val="Heading1"/>
      </w:pPr>
      <w:r>
        <w:t>第3组（sustainability → musical）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850"/>
          </w:tcPr>
          <w:p>
            <w:r>
              <w:t>序号</w:t>
            </w:r>
          </w:p>
        </w:tc>
        <w:tc>
          <w:tcPr>
            <w:tcW w:type="dxa" w:w="2835"/>
          </w:tcPr>
          <w:p>
            <w:r>
              <w:t>英文单词</w:t>
            </w:r>
          </w:p>
        </w:tc>
        <w:tc>
          <w:tcPr>
            <w:tcW w:type="dxa" w:w="4535"/>
          </w:tcPr>
          <w:p>
            <w:r>
              <w:t>中文释义</w:t>
            </w:r>
          </w:p>
        </w:tc>
      </w:tr>
      <w:tr>
        <w:tc>
          <w:tcPr>
            <w:tcW w:type="dxa" w:w="850"/>
          </w:tcPr>
          <w:p>
            <w:r>
              <w:t>1</w:t>
            </w:r>
          </w:p>
        </w:tc>
        <w:tc>
          <w:tcPr>
            <w:tcW w:type="dxa" w:w="2835"/>
          </w:tcPr>
          <w:p>
            <w:r>
              <w:t>sustainability</w:t>
            </w:r>
          </w:p>
        </w:tc>
        <w:tc>
          <w:tcPr>
            <w:tcW w:type="dxa" w:w="4535"/>
          </w:tcPr>
          <w:p>
            <w:r>
              <w:t>可持续性</w:t>
            </w:r>
          </w:p>
        </w:tc>
      </w:tr>
      <w:tr>
        <w:tc>
          <w:tcPr>
            <w:tcW w:type="dxa" w:w="850"/>
          </w:tcPr>
          <w:p>
            <w:r>
              <w:t>2</w:t>
            </w:r>
          </w:p>
        </w:tc>
        <w:tc>
          <w:tcPr>
            <w:tcW w:type="dxa" w:w="2835"/>
          </w:tcPr>
          <w:p>
            <w:r>
              <w:t>dormitory</w:t>
            </w:r>
          </w:p>
        </w:tc>
        <w:tc>
          <w:tcPr>
            <w:tcW w:type="dxa" w:w="4535"/>
          </w:tcPr>
          <w:p>
            <w:r>
              <w:t>宿舍</w:t>
            </w:r>
          </w:p>
        </w:tc>
      </w:tr>
      <w:tr>
        <w:tc>
          <w:tcPr>
            <w:tcW w:type="dxa" w:w="850"/>
          </w:tcPr>
          <w:p>
            <w:r>
              <w:t>3</w:t>
            </w:r>
          </w:p>
        </w:tc>
        <w:tc>
          <w:tcPr>
            <w:tcW w:type="dxa" w:w="2835"/>
          </w:tcPr>
          <w:p>
            <w:r>
              <w:t>submissions</w:t>
            </w:r>
          </w:p>
        </w:tc>
        <w:tc>
          <w:tcPr>
            <w:tcW w:type="dxa" w:w="4535"/>
          </w:tcPr>
          <w:p>
            <w:r>
              <w:t>提交的作品/作业</w:t>
            </w:r>
          </w:p>
        </w:tc>
      </w:tr>
      <w:tr>
        <w:tc>
          <w:tcPr>
            <w:tcW w:type="dxa" w:w="850"/>
          </w:tcPr>
          <w:p>
            <w:r>
              <w:t>4</w:t>
            </w:r>
          </w:p>
        </w:tc>
        <w:tc>
          <w:tcPr>
            <w:tcW w:type="dxa" w:w="2835"/>
          </w:tcPr>
          <w:p>
            <w:r>
              <w:t>financial</w:t>
            </w:r>
          </w:p>
        </w:tc>
        <w:tc>
          <w:tcPr>
            <w:tcW w:type="dxa" w:w="4535"/>
          </w:tcPr>
          <w:p>
            <w:r>
              <w:t>财务的，金融的</w:t>
            </w:r>
          </w:p>
        </w:tc>
      </w:tr>
      <w:tr>
        <w:tc>
          <w:tcPr>
            <w:tcW w:type="dxa" w:w="850"/>
          </w:tcPr>
          <w:p>
            <w:r>
              <w:t>5</w:t>
            </w:r>
          </w:p>
        </w:tc>
        <w:tc>
          <w:tcPr>
            <w:tcW w:type="dxa" w:w="2835"/>
          </w:tcPr>
          <w:p>
            <w:r>
              <w:t>regarding</w:t>
            </w:r>
          </w:p>
        </w:tc>
        <w:tc>
          <w:tcPr>
            <w:tcW w:type="dxa" w:w="4535"/>
          </w:tcPr>
          <w:p>
            <w:r>
              <w:t>关于</w:t>
            </w:r>
          </w:p>
        </w:tc>
      </w:tr>
      <w:tr>
        <w:tc>
          <w:tcPr>
            <w:tcW w:type="dxa" w:w="850"/>
          </w:tcPr>
          <w:p>
            <w:r>
              <w:t>6</w:t>
            </w:r>
          </w:p>
        </w:tc>
        <w:tc>
          <w:tcPr>
            <w:tcW w:type="dxa" w:w="2835"/>
          </w:tcPr>
          <w:p>
            <w:r>
              <w:t>bins</w:t>
            </w:r>
          </w:p>
        </w:tc>
        <w:tc>
          <w:tcPr>
            <w:tcW w:type="dxa" w:w="4535"/>
          </w:tcPr>
          <w:p>
            <w:r>
              <w:t>垃圾桶，箱子</w:t>
            </w:r>
          </w:p>
        </w:tc>
      </w:tr>
      <w:tr>
        <w:tc>
          <w:tcPr>
            <w:tcW w:type="dxa" w:w="850"/>
          </w:tcPr>
          <w:p>
            <w:r>
              <w:t>7</w:t>
            </w:r>
          </w:p>
        </w:tc>
        <w:tc>
          <w:tcPr>
            <w:tcW w:type="dxa" w:w="2835"/>
          </w:tcPr>
          <w:p>
            <w:r>
              <w:t>locate</w:t>
            </w:r>
          </w:p>
        </w:tc>
        <w:tc>
          <w:tcPr>
            <w:tcW w:type="dxa" w:w="4535"/>
          </w:tcPr>
          <w:p>
            <w:r>
              <w:t>定位；位于</w:t>
            </w:r>
          </w:p>
        </w:tc>
      </w:tr>
      <w:tr>
        <w:tc>
          <w:tcPr>
            <w:tcW w:type="dxa" w:w="850"/>
          </w:tcPr>
          <w:p>
            <w:r>
              <w:t>8</w:t>
            </w:r>
          </w:p>
        </w:tc>
        <w:tc>
          <w:tcPr>
            <w:tcW w:type="dxa" w:w="2835"/>
          </w:tcPr>
          <w:p>
            <w:r>
              <w:t>guidelines</w:t>
            </w:r>
          </w:p>
        </w:tc>
        <w:tc>
          <w:tcPr>
            <w:tcW w:type="dxa" w:w="4535"/>
          </w:tcPr>
          <w:p>
            <w:r>
              <w:t>指南，准则</w:t>
            </w:r>
          </w:p>
        </w:tc>
      </w:tr>
      <w:tr>
        <w:tc>
          <w:tcPr>
            <w:tcW w:type="dxa" w:w="850"/>
          </w:tcPr>
          <w:p>
            <w:r>
              <w:t>9</w:t>
            </w:r>
          </w:p>
        </w:tc>
        <w:tc>
          <w:tcPr>
            <w:tcW w:type="dxa" w:w="2835"/>
          </w:tcPr>
          <w:p>
            <w:r>
              <w:t>extended</w:t>
            </w:r>
          </w:p>
        </w:tc>
        <w:tc>
          <w:tcPr>
            <w:tcW w:type="dxa" w:w="4535"/>
          </w:tcPr>
          <w:p>
            <w:r>
              <w:t>延长的；扩展的</w:t>
            </w:r>
          </w:p>
        </w:tc>
      </w:tr>
      <w:tr>
        <w:tc>
          <w:tcPr>
            <w:tcW w:type="dxa" w:w="850"/>
          </w:tcPr>
          <w:p>
            <w:r>
              <w:t>10</w:t>
            </w:r>
          </w:p>
        </w:tc>
        <w:tc>
          <w:tcPr>
            <w:tcW w:type="dxa" w:w="2835"/>
          </w:tcPr>
          <w:p>
            <w:r>
              <w:t>academic</w:t>
            </w:r>
          </w:p>
        </w:tc>
        <w:tc>
          <w:tcPr>
            <w:tcW w:type="dxa" w:w="4535"/>
          </w:tcPr>
          <w:p>
            <w:r>
              <w:t>学术的</w:t>
            </w:r>
          </w:p>
        </w:tc>
      </w:tr>
      <w:tr>
        <w:tc>
          <w:tcPr>
            <w:tcW w:type="dxa" w:w="850"/>
          </w:tcPr>
          <w:p>
            <w:r>
              <w:t>11</w:t>
            </w:r>
          </w:p>
        </w:tc>
        <w:tc>
          <w:tcPr>
            <w:tcW w:type="dxa" w:w="2835"/>
          </w:tcPr>
          <w:p>
            <w:r>
              <w:t>photography</w:t>
            </w:r>
          </w:p>
        </w:tc>
        <w:tc>
          <w:tcPr>
            <w:tcW w:type="dxa" w:w="4535"/>
          </w:tcPr>
          <w:p>
            <w:r>
              <w:t>摄影</w:t>
            </w:r>
          </w:p>
        </w:tc>
      </w:tr>
      <w:tr>
        <w:tc>
          <w:tcPr>
            <w:tcW w:type="dxa" w:w="850"/>
          </w:tcPr>
          <w:p>
            <w:r>
              <w:t>12</w:t>
            </w:r>
          </w:p>
        </w:tc>
        <w:tc>
          <w:tcPr>
            <w:tcW w:type="dxa" w:w="2835"/>
          </w:tcPr>
          <w:p>
            <w:r>
              <w:t>theme</w:t>
            </w:r>
          </w:p>
        </w:tc>
        <w:tc>
          <w:tcPr>
            <w:tcW w:type="dxa" w:w="4535"/>
          </w:tcPr>
          <w:p>
            <w:r>
              <w:t>主题</w:t>
            </w:r>
          </w:p>
        </w:tc>
      </w:tr>
      <w:tr>
        <w:tc>
          <w:tcPr>
            <w:tcW w:type="dxa" w:w="850"/>
          </w:tcPr>
          <w:p>
            <w:r>
              <w:t>13</w:t>
            </w:r>
          </w:p>
        </w:tc>
        <w:tc>
          <w:tcPr>
            <w:tcW w:type="dxa" w:w="2835"/>
          </w:tcPr>
          <w:p>
            <w:r>
              <w:t>requirement</w:t>
            </w:r>
          </w:p>
        </w:tc>
        <w:tc>
          <w:tcPr>
            <w:tcW w:type="dxa" w:w="4535"/>
          </w:tcPr>
          <w:p>
            <w:r>
              <w:t>要求，必要条件</w:t>
            </w:r>
          </w:p>
        </w:tc>
      </w:tr>
      <w:tr>
        <w:tc>
          <w:tcPr>
            <w:tcW w:type="dxa" w:w="850"/>
          </w:tcPr>
          <w:p>
            <w:r>
              <w:t>14</w:t>
            </w:r>
          </w:p>
        </w:tc>
        <w:tc>
          <w:tcPr>
            <w:tcW w:type="dxa" w:w="2835"/>
          </w:tcPr>
          <w:p>
            <w:r>
              <w:t>original</w:t>
            </w:r>
          </w:p>
        </w:tc>
        <w:tc>
          <w:tcPr>
            <w:tcW w:type="dxa" w:w="4535"/>
          </w:tcPr>
          <w:p>
            <w:r>
              <w:t>原始的；原创的</w:t>
            </w:r>
          </w:p>
        </w:tc>
      </w:tr>
      <w:tr>
        <w:tc>
          <w:tcPr>
            <w:tcW w:type="dxa" w:w="850"/>
          </w:tcPr>
          <w:p>
            <w:r>
              <w:t>15</w:t>
            </w:r>
          </w:p>
        </w:tc>
        <w:tc>
          <w:tcPr>
            <w:tcW w:type="dxa" w:w="2835"/>
          </w:tcPr>
          <w:p>
            <w:r>
              <w:t>syllabus</w:t>
            </w:r>
          </w:p>
        </w:tc>
        <w:tc>
          <w:tcPr>
            <w:tcW w:type="dxa" w:w="4535"/>
          </w:tcPr>
          <w:p>
            <w:r>
              <w:t>教学大纲</w:t>
            </w:r>
          </w:p>
        </w:tc>
      </w:tr>
      <w:tr>
        <w:tc>
          <w:tcPr>
            <w:tcW w:type="dxa" w:w="850"/>
          </w:tcPr>
          <w:p>
            <w:r>
              <w:t>16</w:t>
            </w:r>
          </w:p>
        </w:tc>
        <w:tc>
          <w:tcPr>
            <w:tcW w:type="dxa" w:w="2835"/>
          </w:tcPr>
          <w:p>
            <w:r>
              <w:t>peer</w:t>
            </w:r>
          </w:p>
        </w:tc>
        <w:tc>
          <w:tcPr>
            <w:tcW w:type="dxa" w:w="4535"/>
          </w:tcPr>
          <w:p>
            <w:r>
              <w:t>同龄人；同伴</w:t>
            </w:r>
          </w:p>
        </w:tc>
      </w:tr>
      <w:tr>
        <w:tc>
          <w:tcPr>
            <w:tcW w:type="dxa" w:w="850"/>
          </w:tcPr>
          <w:p>
            <w:r>
              <w:t>17</w:t>
            </w:r>
          </w:p>
        </w:tc>
        <w:tc>
          <w:tcPr>
            <w:tcW w:type="dxa" w:w="2835"/>
          </w:tcPr>
          <w:p>
            <w:r>
              <w:t>impact</w:t>
            </w:r>
          </w:p>
        </w:tc>
        <w:tc>
          <w:tcPr>
            <w:tcW w:type="dxa" w:w="4535"/>
          </w:tcPr>
          <w:p>
            <w:r>
              <w:t>影响</w:t>
            </w:r>
          </w:p>
        </w:tc>
      </w:tr>
      <w:tr>
        <w:tc>
          <w:tcPr>
            <w:tcW w:type="dxa" w:w="850"/>
          </w:tcPr>
          <w:p>
            <w:r>
              <w:t>18</w:t>
            </w:r>
          </w:p>
        </w:tc>
        <w:tc>
          <w:tcPr>
            <w:tcW w:type="dxa" w:w="2835"/>
          </w:tcPr>
          <w:p>
            <w:r>
              <w:t>regulations</w:t>
            </w:r>
          </w:p>
        </w:tc>
        <w:tc>
          <w:tcPr>
            <w:tcW w:type="dxa" w:w="4535"/>
          </w:tcPr>
          <w:p>
            <w:r>
              <w:t>规章，条例</w:t>
            </w:r>
          </w:p>
        </w:tc>
      </w:tr>
      <w:tr>
        <w:tc>
          <w:tcPr>
            <w:tcW w:type="dxa" w:w="850"/>
          </w:tcPr>
          <w:p>
            <w:r>
              <w:t>19</w:t>
            </w:r>
          </w:p>
        </w:tc>
        <w:tc>
          <w:tcPr>
            <w:tcW w:type="dxa" w:w="2835"/>
          </w:tcPr>
          <w:p>
            <w:r>
              <w:t>recyclable</w:t>
            </w:r>
          </w:p>
        </w:tc>
        <w:tc>
          <w:tcPr>
            <w:tcW w:type="dxa" w:w="4535"/>
          </w:tcPr>
          <w:p>
            <w:r>
              <w:t>可回收的</w:t>
            </w:r>
          </w:p>
        </w:tc>
      </w:tr>
      <w:tr>
        <w:tc>
          <w:tcPr>
            <w:tcW w:type="dxa" w:w="850"/>
          </w:tcPr>
          <w:p>
            <w:r>
              <w:t>20</w:t>
            </w:r>
          </w:p>
        </w:tc>
        <w:tc>
          <w:tcPr>
            <w:tcW w:type="dxa" w:w="2835"/>
          </w:tcPr>
          <w:p>
            <w:r>
              <w:t>poster</w:t>
            </w:r>
          </w:p>
        </w:tc>
        <w:tc>
          <w:tcPr>
            <w:tcW w:type="dxa" w:w="4535"/>
          </w:tcPr>
          <w:p>
            <w:r>
              <w:t>海报</w:t>
            </w:r>
          </w:p>
        </w:tc>
      </w:tr>
      <w:tr>
        <w:tc>
          <w:tcPr>
            <w:tcW w:type="dxa" w:w="850"/>
          </w:tcPr>
          <w:p>
            <w:r>
              <w:t>21</w:t>
            </w:r>
          </w:p>
        </w:tc>
        <w:tc>
          <w:tcPr>
            <w:tcW w:type="dxa" w:w="2835"/>
          </w:tcPr>
          <w:p>
            <w:r>
              <w:t>disturbances</w:t>
            </w:r>
          </w:p>
        </w:tc>
        <w:tc>
          <w:tcPr>
            <w:tcW w:type="dxa" w:w="4535"/>
          </w:tcPr>
          <w:p>
            <w:r>
              <w:t>干扰，打扰</w:t>
            </w:r>
          </w:p>
        </w:tc>
      </w:tr>
      <w:tr>
        <w:tc>
          <w:tcPr>
            <w:tcW w:type="dxa" w:w="850"/>
          </w:tcPr>
          <w:p>
            <w:r>
              <w:t>22</w:t>
            </w:r>
          </w:p>
        </w:tc>
        <w:tc>
          <w:tcPr>
            <w:tcW w:type="dxa" w:w="2835"/>
          </w:tcPr>
          <w:p>
            <w:r>
              <w:t>provided</w:t>
            </w:r>
          </w:p>
        </w:tc>
        <w:tc>
          <w:tcPr>
            <w:tcW w:type="dxa" w:w="4535"/>
          </w:tcPr>
          <w:p>
            <w:r>
              <w:t>提供的</w:t>
            </w:r>
          </w:p>
        </w:tc>
      </w:tr>
      <w:tr>
        <w:tc>
          <w:tcPr>
            <w:tcW w:type="dxa" w:w="850"/>
          </w:tcPr>
          <w:p>
            <w:r>
              <w:t>23</w:t>
            </w:r>
          </w:p>
        </w:tc>
        <w:tc>
          <w:tcPr>
            <w:tcW w:type="dxa" w:w="2835"/>
          </w:tcPr>
          <w:p>
            <w:r>
              <w:t>collection</w:t>
            </w:r>
          </w:p>
        </w:tc>
        <w:tc>
          <w:tcPr>
            <w:tcW w:type="dxa" w:w="4535"/>
          </w:tcPr>
          <w:p>
            <w:r>
              <w:t>收集；收藏品</w:t>
            </w:r>
          </w:p>
        </w:tc>
      </w:tr>
      <w:tr>
        <w:tc>
          <w:tcPr>
            <w:tcW w:type="dxa" w:w="850"/>
          </w:tcPr>
          <w:p>
            <w:r>
              <w:t>24</w:t>
            </w:r>
          </w:p>
        </w:tc>
        <w:tc>
          <w:tcPr>
            <w:tcW w:type="dxa" w:w="2835"/>
          </w:tcPr>
          <w:p>
            <w:r>
              <w:t>information</w:t>
            </w:r>
          </w:p>
        </w:tc>
        <w:tc>
          <w:tcPr>
            <w:tcW w:type="dxa" w:w="4535"/>
          </w:tcPr>
          <w:p>
            <w:r>
              <w:t>信息</w:t>
            </w:r>
          </w:p>
        </w:tc>
      </w:tr>
      <w:tr>
        <w:tc>
          <w:tcPr>
            <w:tcW w:type="dxa" w:w="850"/>
          </w:tcPr>
          <w:p>
            <w:r>
              <w:t>25</w:t>
            </w:r>
          </w:p>
        </w:tc>
        <w:tc>
          <w:tcPr>
            <w:tcW w:type="dxa" w:w="2835"/>
          </w:tcPr>
          <w:p>
            <w:r>
              <w:t>contact</w:t>
            </w:r>
          </w:p>
        </w:tc>
        <w:tc>
          <w:tcPr>
            <w:tcW w:type="dxa" w:w="4535"/>
          </w:tcPr>
          <w:p>
            <w:r>
              <w:t>联系，接触</w:t>
            </w:r>
          </w:p>
        </w:tc>
      </w:tr>
      <w:tr>
        <w:tc>
          <w:tcPr>
            <w:tcW w:type="dxa" w:w="850"/>
          </w:tcPr>
          <w:p>
            <w:r>
              <w:t>26</w:t>
            </w:r>
          </w:p>
        </w:tc>
        <w:tc>
          <w:tcPr>
            <w:tcW w:type="dxa" w:w="2835"/>
          </w:tcPr>
          <w:p>
            <w:r>
              <w:t>enter</w:t>
            </w:r>
          </w:p>
        </w:tc>
        <w:tc>
          <w:tcPr>
            <w:tcW w:type="dxa" w:w="4535"/>
          </w:tcPr>
          <w:p>
            <w:r>
              <w:t>进入；参加</w:t>
            </w:r>
          </w:p>
        </w:tc>
      </w:tr>
      <w:tr>
        <w:tc>
          <w:tcPr>
            <w:tcW w:type="dxa" w:w="850"/>
          </w:tcPr>
          <w:p>
            <w:r>
              <w:t>27</w:t>
            </w:r>
          </w:p>
        </w:tc>
        <w:tc>
          <w:tcPr>
            <w:tcW w:type="dxa" w:w="2835"/>
          </w:tcPr>
          <w:p>
            <w:r>
              <w:t>guest</w:t>
            </w:r>
          </w:p>
        </w:tc>
        <w:tc>
          <w:tcPr>
            <w:tcW w:type="dxa" w:w="4535"/>
          </w:tcPr>
          <w:p>
            <w:r>
              <w:t>客人；嘉宾</w:t>
            </w:r>
          </w:p>
        </w:tc>
      </w:tr>
      <w:tr>
        <w:tc>
          <w:tcPr>
            <w:tcW w:type="dxa" w:w="850"/>
          </w:tcPr>
          <w:p>
            <w:r>
              <w:t>28</w:t>
            </w:r>
          </w:p>
        </w:tc>
        <w:tc>
          <w:tcPr>
            <w:tcW w:type="dxa" w:w="2835"/>
          </w:tcPr>
          <w:p>
            <w:r>
              <w:t>performance</w:t>
            </w:r>
          </w:p>
        </w:tc>
        <w:tc>
          <w:tcPr>
            <w:tcW w:type="dxa" w:w="4535"/>
          </w:tcPr>
          <w:p>
            <w:r>
              <w:t>表演；表现</w:t>
            </w:r>
          </w:p>
        </w:tc>
      </w:tr>
      <w:tr>
        <w:tc>
          <w:tcPr>
            <w:tcW w:type="dxa" w:w="850"/>
          </w:tcPr>
          <w:p>
            <w:r>
              <w:t>29</w:t>
            </w:r>
          </w:p>
        </w:tc>
        <w:tc>
          <w:tcPr>
            <w:tcW w:type="dxa" w:w="2835"/>
          </w:tcPr>
          <w:p>
            <w:r>
              <w:t>artist</w:t>
            </w:r>
          </w:p>
        </w:tc>
        <w:tc>
          <w:tcPr>
            <w:tcW w:type="dxa" w:w="4535"/>
          </w:tcPr>
          <w:p>
            <w:r>
              <w:t>艺术家</w:t>
            </w:r>
          </w:p>
        </w:tc>
      </w:tr>
      <w:tr>
        <w:tc>
          <w:tcPr>
            <w:tcW w:type="dxa" w:w="850"/>
          </w:tcPr>
          <w:p>
            <w:r>
              <w:t>30</w:t>
            </w:r>
          </w:p>
        </w:tc>
        <w:tc>
          <w:tcPr>
            <w:tcW w:type="dxa" w:w="2835"/>
          </w:tcPr>
          <w:p>
            <w:r>
              <w:t>century</w:t>
            </w:r>
          </w:p>
        </w:tc>
        <w:tc>
          <w:tcPr>
            <w:tcW w:type="dxa" w:w="4535"/>
          </w:tcPr>
          <w:p>
            <w:r>
              <w:t>世纪</w:t>
            </w:r>
          </w:p>
        </w:tc>
      </w:tr>
      <w:tr>
        <w:tc>
          <w:tcPr>
            <w:tcW w:type="dxa" w:w="850"/>
          </w:tcPr>
          <w:p>
            <w:r>
              <w:t>31</w:t>
            </w:r>
          </w:p>
        </w:tc>
        <w:tc>
          <w:tcPr>
            <w:tcW w:type="dxa" w:w="2835"/>
          </w:tcPr>
          <w:p>
            <w:r>
              <w:t>refreshments</w:t>
            </w:r>
          </w:p>
        </w:tc>
        <w:tc>
          <w:tcPr>
            <w:tcW w:type="dxa" w:w="4535"/>
          </w:tcPr>
          <w:p>
            <w:r>
              <w:t>茶点，点心</w:t>
            </w:r>
          </w:p>
        </w:tc>
      </w:tr>
      <w:tr>
        <w:tc>
          <w:tcPr>
            <w:tcW w:type="dxa" w:w="850"/>
          </w:tcPr>
          <w:p>
            <w:r>
              <w:t>32</w:t>
            </w:r>
          </w:p>
        </w:tc>
        <w:tc>
          <w:tcPr>
            <w:tcW w:type="dxa" w:w="2835"/>
          </w:tcPr>
          <w:p>
            <w:r>
              <w:t>main</w:t>
            </w:r>
          </w:p>
        </w:tc>
        <w:tc>
          <w:tcPr>
            <w:tcW w:type="dxa" w:w="4535"/>
          </w:tcPr>
          <w:p>
            <w:r>
              <w:t>主要的</w:t>
            </w:r>
          </w:p>
        </w:tc>
      </w:tr>
      <w:tr>
        <w:tc>
          <w:tcPr>
            <w:tcW w:type="dxa" w:w="850"/>
          </w:tcPr>
          <w:p>
            <w:r>
              <w:t>33</w:t>
            </w:r>
          </w:p>
        </w:tc>
        <w:tc>
          <w:tcPr>
            <w:tcW w:type="dxa" w:w="2835"/>
          </w:tcPr>
          <w:p>
            <w:r>
              <w:t>detailed</w:t>
            </w:r>
          </w:p>
        </w:tc>
        <w:tc>
          <w:tcPr>
            <w:tcW w:type="dxa" w:w="4535"/>
          </w:tcPr>
          <w:p>
            <w:r>
              <w:t>详细的</w:t>
            </w:r>
          </w:p>
        </w:tc>
      </w:tr>
      <w:tr>
        <w:tc>
          <w:tcPr>
            <w:tcW w:type="dxa" w:w="850"/>
          </w:tcPr>
          <w:p>
            <w:r>
              <w:t>34</w:t>
            </w:r>
          </w:p>
        </w:tc>
        <w:tc>
          <w:tcPr>
            <w:tcW w:type="dxa" w:w="2835"/>
          </w:tcPr>
          <w:p>
            <w:r>
              <w:t>name</w:t>
            </w:r>
          </w:p>
        </w:tc>
        <w:tc>
          <w:tcPr>
            <w:tcW w:type="dxa" w:w="4535"/>
          </w:tcPr>
          <w:p>
            <w:r>
              <w:t>名字；命名</w:t>
            </w:r>
          </w:p>
        </w:tc>
      </w:tr>
      <w:tr>
        <w:tc>
          <w:tcPr>
            <w:tcW w:type="dxa" w:w="850"/>
          </w:tcPr>
          <w:p>
            <w:r>
              <w:t>35</w:t>
            </w:r>
          </w:p>
        </w:tc>
        <w:tc>
          <w:tcPr>
            <w:tcW w:type="dxa" w:w="2835"/>
          </w:tcPr>
          <w:p>
            <w:r>
              <w:t>serve</w:t>
            </w:r>
          </w:p>
        </w:tc>
        <w:tc>
          <w:tcPr>
            <w:tcW w:type="dxa" w:w="4535"/>
          </w:tcPr>
          <w:p>
            <w:r>
              <w:t>供应；服务</w:t>
            </w:r>
          </w:p>
        </w:tc>
      </w:tr>
      <w:tr>
        <w:tc>
          <w:tcPr>
            <w:tcW w:type="dxa" w:w="850"/>
          </w:tcPr>
          <w:p>
            <w:r>
              <w:t>36</w:t>
            </w:r>
          </w:p>
        </w:tc>
        <w:tc>
          <w:tcPr>
            <w:tcW w:type="dxa" w:w="2835"/>
          </w:tcPr>
          <w:p>
            <w:r>
              <w:t>scheduled</w:t>
            </w:r>
          </w:p>
        </w:tc>
        <w:tc>
          <w:tcPr>
            <w:tcW w:type="dxa" w:w="4535"/>
          </w:tcPr>
          <w:p>
            <w:r>
              <w:t>预定好的</w:t>
            </w:r>
          </w:p>
        </w:tc>
      </w:tr>
      <w:tr>
        <w:tc>
          <w:tcPr>
            <w:tcW w:type="dxa" w:w="850"/>
          </w:tcPr>
          <w:p>
            <w:r>
              <w:t>37</w:t>
            </w:r>
          </w:p>
        </w:tc>
        <w:tc>
          <w:tcPr>
            <w:tcW w:type="dxa" w:w="2835"/>
          </w:tcPr>
          <w:p>
            <w:r>
              <w:t>modern</w:t>
            </w:r>
          </w:p>
        </w:tc>
        <w:tc>
          <w:tcPr>
            <w:tcW w:type="dxa" w:w="4535"/>
          </w:tcPr>
          <w:p>
            <w:r>
              <w:t>现代的</w:t>
            </w:r>
          </w:p>
        </w:tc>
      </w:tr>
      <w:tr>
        <w:tc>
          <w:tcPr>
            <w:tcW w:type="dxa" w:w="850"/>
          </w:tcPr>
          <w:p>
            <w:r>
              <w:t>38</w:t>
            </w:r>
          </w:p>
        </w:tc>
        <w:tc>
          <w:tcPr>
            <w:tcW w:type="dxa" w:w="2835"/>
          </w:tcPr>
          <w:p>
            <w:r>
              <w:t>pick</w:t>
            </w:r>
          </w:p>
        </w:tc>
        <w:tc>
          <w:tcPr>
            <w:tcW w:type="dxa" w:w="4535"/>
          </w:tcPr>
          <w:p>
            <w:r>
              <w:t>挑选；取</w:t>
            </w:r>
          </w:p>
        </w:tc>
      </w:tr>
      <w:tr>
        <w:tc>
          <w:tcPr>
            <w:tcW w:type="dxa" w:w="850"/>
          </w:tcPr>
          <w:p>
            <w:r>
              <w:t>39</w:t>
            </w:r>
          </w:p>
        </w:tc>
        <w:tc>
          <w:tcPr>
            <w:tcW w:type="dxa" w:w="2835"/>
          </w:tcPr>
          <w:p>
            <w:r>
              <w:t>recently</w:t>
            </w:r>
          </w:p>
        </w:tc>
        <w:tc>
          <w:tcPr>
            <w:tcW w:type="dxa" w:w="4535"/>
          </w:tcPr>
          <w:p>
            <w:r>
              <w:t>最近</w:t>
            </w:r>
          </w:p>
        </w:tc>
      </w:tr>
      <w:tr>
        <w:tc>
          <w:tcPr>
            <w:tcW w:type="dxa" w:w="850"/>
          </w:tcPr>
          <w:p>
            <w:r>
              <w:t>40</w:t>
            </w:r>
          </w:p>
        </w:tc>
        <w:tc>
          <w:tcPr>
            <w:tcW w:type="dxa" w:w="2835"/>
          </w:tcPr>
          <w:p>
            <w:r>
              <w:t>proceed</w:t>
            </w:r>
          </w:p>
        </w:tc>
        <w:tc>
          <w:tcPr>
            <w:tcW w:type="dxa" w:w="4535"/>
          </w:tcPr>
          <w:p>
            <w:r>
              <w:t>继续进行</w:t>
            </w:r>
          </w:p>
        </w:tc>
      </w:tr>
      <w:tr>
        <w:tc>
          <w:tcPr>
            <w:tcW w:type="dxa" w:w="850"/>
          </w:tcPr>
          <w:p>
            <w:r>
              <w:t>41</w:t>
            </w:r>
          </w:p>
        </w:tc>
        <w:tc>
          <w:tcPr>
            <w:tcW w:type="dxa" w:w="2835"/>
          </w:tcPr>
          <w:p>
            <w:r>
              <w:t>theater</w:t>
            </w:r>
          </w:p>
        </w:tc>
        <w:tc>
          <w:tcPr>
            <w:tcW w:type="dxa" w:w="4535"/>
          </w:tcPr>
          <w:p>
            <w:r>
              <w:t>剧院</w:t>
            </w:r>
          </w:p>
        </w:tc>
      </w:tr>
      <w:tr>
        <w:tc>
          <w:tcPr>
            <w:tcW w:type="dxa" w:w="850"/>
          </w:tcPr>
          <w:p>
            <w:r>
              <w:t>42</w:t>
            </w:r>
          </w:p>
        </w:tc>
        <w:tc>
          <w:tcPr>
            <w:tcW w:type="dxa" w:w="2835"/>
          </w:tcPr>
          <w:p>
            <w:r>
              <w:t>winner</w:t>
            </w:r>
          </w:p>
        </w:tc>
        <w:tc>
          <w:tcPr>
            <w:tcW w:type="dxa" w:w="4535"/>
          </w:tcPr>
          <w:p>
            <w:r>
              <w:t>获胜者</w:t>
            </w:r>
          </w:p>
        </w:tc>
      </w:tr>
      <w:tr>
        <w:tc>
          <w:tcPr>
            <w:tcW w:type="dxa" w:w="850"/>
          </w:tcPr>
          <w:p>
            <w:r>
              <w:t>43</w:t>
            </w:r>
          </w:p>
        </w:tc>
        <w:tc>
          <w:tcPr>
            <w:tcW w:type="dxa" w:w="2835"/>
          </w:tcPr>
          <w:p>
            <w:r>
              <w:t>replacement</w:t>
            </w:r>
          </w:p>
        </w:tc>
        <w:tc>
          <w:tcPr>
            <w:tcW w:type="dxa" w:w="4535"/>
          </w:tcPr>
          <w:p>
            <w:r>
              <w:t>替代品；更换</w:t>
            </w:r>
          </w:p>
        </w:tc>
      </w:tr>
      <w:tr>
        <w:tc>
          <w:tcPr>
            <w:tcW w:type="dxa" w:w="850"/>
          </w:tcPr>
          <w:p>
            <w:r>
              <w:t>44</w:t>
            </w:r>
          </w:p>
        </w:tc>
        <w:tc>
          <w:tcPr>
            <w:tcW w:type="dxa" w:w="2835"/>
          </w:tcPr>
          <w:p>
            <w:r>
              <w:t>larger</w:t>
            </w:r>
          </w:p>
        </w:tc>
        <w:tc>
          <w:tcPr>
            <w:tcW w:type="dxa" w:w="4535"/>
          </w:tcPr>
          <w:p>
            <w:r>
              <w:t>更大的</w:t>
            </w:r>
          </w:p>
        </w:tc>
      </w:tr>
      <w:tr>
        <w:tc>
          <w:tcPr>
            <w:tcW w:type="dxa" w:w="850"/>
          </w:tcPr>
          <w:p>
            <w:r>
              <w:t>45</w:t>
            </w:r>
          </w:p>
        </w:tc>
        <w:tc>
          <w:tcPr>
            <w:tcW w:type="dxa" w:w="2835"/>
          </w:tcPr>
          <w:p>
            <w:r>
              <w:t>acquired</w:t>
            </w:r>
          </w:p>
        </w:tc>
        <w:tc>
          <w:tcPr>
            <w:tcW w:type="dxa" w:w="4535"/>
          </w:tcPr>
          <w:p>
            <w:r>
              <w:t>获得，购得</w:t>
            </w:r>
          </w:p>
        </w:tc>
      </w:tr>
      <w:tr>
        <w:tc>
          <w:tcPr>
            <w:tcW w:type="dxa" w:w="850"/>
          </w:tcPr>
          <w:p>
            <w:r>
              <w:t>46</w:t>
            </w:r>
          </w:p>
        </w:tc>
        <w:tc>
          <w:tcPr>
            <w:tcW w:type="dxa" w:w="2835"/>
          </w:tcPr>
          <w:p>
            <w:r>
              <w:t>donor</w:t>
            </w:r>
          </w:p>
        </w:tc>
        <w:tc>
          <w:tcPr>
            <w:tcW w:type="dxa" w:w="4535"/>
          </w:tcPr>
          <w:p>
            <w:r>
              <w:t>捐赠者</w:t>
            </w:r>
          </w:p>
        </w:tc>
      </w:tr>
      <w:tr>
        <w:tc>
          <w:tcPr>
            <w:tcW w:type="dxa" w:w="850"/>
          </w:tcPr>
          <w:p>
            <w:r>
              <w:t>47</w:t>
            </w:r>
          </w:p>
        </w:tc>
        <w:tc>
          <w:tcPr>
            <w:tcW w:type="dxa" w:w="2835"/>
          </w:tcPr>
          <w:p>
            <w:r>
              <w:t>hallway</w:t>
            </w:r>
          </w:p>
        </w:tc>
        <w:tc>
          <w:tcPr>
            <w:tcW w:type="dxa" w:w="4535"/>
          </w:tcPr>
          <w:p>
            <w:r>
              <w:t>走廊</w:t>
            </w:r>
          </w:p>
        </w:tc>
      </w:tr>
      <w:tr>
        <w:tc>
          <w:tcPr>
            <w:tcW w:type="dxa" w:w="850"/>
          </w:tcPr>
          <w:p>
            <w:r>
              <w:t>48</w:t>
            </w:r>
          </w:p>
        </w:tc>
        <w:tc>
          <w:tcPr>
            <w:tcW w:type="dxa" w:w="2835"/>
          </w:tcPr>
          <w:p>
            <w:r>
              <w:t>posted</w:t>
            </w:r>
          </w:p>
        </w:tc>
        <w:tc>
          <w:tcPr>
            <w:tcW w:type="dxa" w:w="4535"/>
          </w:tcPr>
          <w:p>
            <w:r>
              <w:t>张贴的；发布的</w:t>
            </w:r>
          </w:p>
        </w:tc>
      </w:tr>
      <w:tr>
        <w:tc>
          <w:tcPr>
            <w:tcW w:type="dxa" w:w="850"/>
          </w:tcPr>
          <w:p>
            <w:r>
              <w:t>49</w:t>
            </w:r>
          </w:p>
        </w:tc>
        <w:tc>
          <w:tcPr>
            <w:tcW w:type="dxa" w:w="2835"/>
          </w:tcPr>
          <w:p>
            <w:r>
              <w:t>festival</w:t>
            </w:r>
          </w:p>
        </w:tc>
        <w:tc>
          <w:tcPr>
            <w:tcW w:type="dxa" w:w="4535"/>
          </w:tcPr>
          <w:p>
            <w:r>
              <w:t>节日；音乐节</w:t>
            </w:r>
          </w:p>
        </w:tc>
      </w:tr>
      <w:tr>
        <w:tc>
          <w:tcPr>
            <w:tcW w:type="dxa" w:w="850"/>
          </w:tcPr>
          <w:p>
            <w:r>
              <w:t>50</w:t>
            </w:r>
          </w:p>
        </w:tc>
        <w:tc>
          <w:tcPr>
            <w:tcW w:type="dxa" w:w="2835"/>
          </w:tcPr>
          <w:p>
            <w:r>
              <w:t>musical</w:t>
            </w:r>
          </w:p>
        </w:tc>
        <w:tc>
          <w:tcPr>
            <w:tcW w:type="dxa" w:w="4535"/>
          </w:tcPr>
          <w:p>
            <w:r>
              <w:t>音乐剧；音乐的</w:t>
            </w:r>
          </w:p>
        </w:tc>
      </w:tr>
    </w:tbl>
    <w:p/>
    <w:p>
      <w:pPr>
        <w:pStyle w:val="Heading1"/>
      </w:pPr>
      <w:r>
        <w:t>第4组（variety → system）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850"/>
          </w:tcPr>
          <w:p>
            <w:r>
              <w:t>序号</w:t>
            </w:r>
          </w:p>
        </w:tc>
        <w:tc>
          <w:tcPr>
            <w:tcW w:type="dxa" w:w="2835"/>
          </w:tcPr>
          <w:p>
            <w:r>
              <w:t>英文单词</w:t>
            </w:r>
          </w:p>
        </w:tc>
        <w:tc>
          <w:tcPr>
            <w:tcW w:type="dxa" w:w="4535"/>
          </w:tcPr>
          <w:p>
            <w:r>
              <w:t>中文释义</w:t>
            </w:r>
          </w:p>
        </w:tc>
      </w:tr>
      <w:tr>
        <w:tc>
          <w:tcPr>
            <w:tcW w:type="dxa" w:w="850"/>
          </w:tcPr>
          <w:p>
            <w:r>
              <w:t>1</w:t>
            </w:r>
          </w:p>
        </w:tc>
        <w:tc>
          <w:tcPr>
            <w:tcW w:type="dxa" w:w="2835"/>
          </w:tcPr>
          <w:p>
            <w:r>
              <w:t>variety</w:t>
            </w:r>
          </w:p>
        </w:tc>
        <w:tc>
          <w:tcPr>
            <w:tcW w:type="dxa" w:w="4535"/>
          </w:tcPr>
          <w:p>
            <w:r>
              <w:t>多样化；种类</w:t>
            </w:r>
          </w:p>
        </w:tc>
      </w:tr>
      <w:tr>
        <w:tc>
          <w:tcPr>
            <w:tcW w:type="dxa" w:w="850"/>
          </w:tcPr>
          <w:p>
            <w:r>
              <w:t>2</w:t>
            </w:r>
          </w:p>
        </w:tc>
        <w:tc>
          <w:tcPr>
            <w:tcW w:type="dxa" w:w="2835"/>
          </w:tcPr>
          <w:p>
            <w:r>
              <w:t>photograph</w:t>
            </w:r>
          </w:p>
        </w:tc>
        <w:tc>
          <w:tcPr>
            <w:tcW w:type="dxa" w:w="4535"/>
          </w:tcPr>
          <w:p>
            <w:r>
              <w:t>照片</w:t>
            </w:r>
          </w:p>
        </w:tc>
      </w:tr>
      <w:tr>
        <w:tc>
          <w:tcPr>
            <w:tcW w:type="dxa" w:w="850"/>
          </w:tcPr>
          <w:p>
            <w:r>
              <w:t>3</w:t>
            </w:r>
          </w:p>
        </w:tc>
        <w:tc>
          <w:tcPr>
            <w:tcW w:type="dxa" w:w="2835"/>
          </w:tcPr>
          <w:p>
            <w:r>
              <w:t>guide</w:t>
            </w:r>
          </w:p>
        </w:tc>
        <w:tc>
          <w:tcPr>
            <w:tcW w:type="dxa" w:w="4535"/>
          </w:tcPr>
          <w:p>
            <w:r>
              <w:t>向导；指南；引导</w:t>
            </w:r>
          </w:p>
        </w:tc>
      </w:tr>
      <w:tr>
        <w:tc>
          <w:tcPr>
            <w:tcW w:type="dxa" w:w="850"/>
          </w:tcPr>
          <w:p>
            <w:r>
              <w:t>4</w:t>
            </w:r>
          </w:p>
        </w:tc>
        <w:tc>
          <w:tcPr>
            <w:tcW w:type="dxa" w:w="2835"/>
          </w:tcPr>
          <w:p>
            <w:r>
              <w:t>originally</w:t>
            </w:r>
          </w:p>
        </w:tc>
        <w:tc>
          <w:tcPr>
            <w:tcW w:type="dxa" w:w="4535"/>
          </w:tcPr>
          <w:p>
            <w:r>
              <w:t>最初</w:t>
            </w:r>
          </w:p>
        </w:tc>
      </w:tr>
      <w:tr>
        <w:tc>
          <w:tcPr>
            <w:tcW w:type="dxa" w:w="850"/>
          </w:tcPr>
          <w:p>
            <w:r>
              <w:t>5</w:t>
            </w:r>
          </w:p>
        </w:tc>
        <w:tc>
          <w:tcPr>
            <w:tcW w:type="dxa" w:w="2835"/>
          </w:tcPr>
          <w:p>
            <w:r>
              <w:t>badge</w:t>
            </w:r>
          </w:p>
        </w:tc>
        <w:tc>
          <w:tcPr>
            <w:tcW w:type="dxa" w:w="4535"/>
          </w:tcPr>
          <w:p>
            <w:r>
              <w:t>徽章，证章</w:t>
            </w:r>
          </w:p>
        </w:tc>
      </w:tr>
      <w:tr>
        <w:tc>
          <w:tcPr>
            <w:tcW w:type="dxa" w:w="850"/>
          </w:tcPr>
          <w:p>
            <w:r>
              <w:t>6</w:t>
            </w:r>
          </w:p>
        </w:tc>
        <w:tc>
          <w:tcPr>
            <w:tcW w:type="dxa" w:w="2835"/>
          </w:tcPr>
          <w:p>
            <w:r>
              <w:t>security</w:t>
            </w:r>
          </w:p>
        </w:tc>
        <w:tc>
          <w:tcPr>
            <w:tcW w:type="dxa" w:w="4535"/>
          </w:tcPr>
          <w:p>
            <w:r>
              <w:t>安全；安保</w:t>
            </w:r>
          </w:p>
        </w:tc>
      </w:tr>
      <w:tr>
        <w:tc>
          <w:tcPr>
            <w:tcW w:type="dxa" w:w="850"/>
          </w:tcPr>
          <w:p>
            <w:r>
              <w:t>7</w:t>
            </w:r>
          </w:p>
        </w:tc>
        <w:tc>
          <w:tcPr>
            <w:tcW w:type="dxa" w:w="2835"/>
          </w:tcPr>
          <w:p>
            <w:r>
              <w:t>due</w:t>
            </w:r>
          </w:p>
        </w:tc>
        <w:tc>
          <w:tcPr>
            <w:tcW w:type="dxa" w:w="4535"/>
          </w:tcPr>
          <w:p>
            <w:r>
              <w:t>由于；到期的</w:t>
            </w:r>
          </w:p>
        </w:tc>
      </w:tr>
      <w:tr>
        <w:tc>
          <w:tcPr>
            <w:tcW w:type="dxa" w:w="850"/>
          </w:tcPr>
          <w:p>
            <w:r>
              <w:t>8</w:t>
            </w:r>
          </w:p>
        </w:tc>
        <w:tc>
          <w:tcPr>
            <w:tcW w:type="dxa" w:w="2835"/>
          </w:tcPr>
          <w:p>
            <w:r>
              <w:t>semester</w:t>
            </w:r>
          </w:p>
        </w:tc>
        <w:tc>
          <w:tcPr>
            <w:tcW w:type="dxa" w:w="4535"/>
          </w:tcPr>
          <w:p>
            <w:r>
              <w:t>学期</w:t>
            </w:r>
          </w:p>
        </w:tc>
      </w:tr>
      <w:tr>
        <w:tc>
          <w:tcPr>
            <w:tcW w:type="dxa" w:w="850"/>
          </w:tcPr>
          <w:p>
            <w:r>
              <w:t>9</w:t>
            </w:r>
          </w:p>
        </w:tc>
        <w:tc>
          <w:tcPr>
            <w:tcW w:type="dxa" w:w="2835"/>
          </w:tcPr>
          <w:p>
            <w:r>
              <w:t>feature</w:t>
            </w:r>
          </w:p>
        </w:tc>
        <w:tc>
          <w:tcPr>
            <w:tcW w:type="dxa" w:w="4535"/>
          </w:tcPr>
          <w:p>
            <w:r>
              <w:t>以…为特色；特征</w:t>
            </w:r>
          </w:p>
        </w:tc>
      </w:tr>
      <w:tr>
        <w:tc>
          <w:tcPr>
            <w:tcW w:type="dxa" w:w="850"/>
          </w:tcPr>
          <w:p>
            <w:r>
              <w:t>10</w:t>
            </w:r>
          </w:p>
        </w:tc>
        <w:tc>
          <w:tcPr>
            <w:tcW w:type="dxa" w:w="2835"/>
          </w:tcPr>
          <w:p>
            <w:r>
              <w:t>registration</w:t>
            </w:r>
          </w:p>
        </w:tc>
        <w:tc>
          <w:tcPr>
            <w:tcW w:type="dxa" w:w="4535"/>
          </w:tcPr>
          <w:p>
            <w:r>
              <w:t>注册，报名</w:t>
            </w:r>
          </w:p>
        </w:tc>
      </w:tr>
      <w:tr>
        <w:tc>
          <w:tcPr>
            <w:tcW w:type="dxa" w:w="850"/>
          </w:tcPr>
          <w:p>
            <w:r>
              <w:t>11</w:t>
            </w:r>
          </w:p>
        </w:tc>
        <w:tc>
          <w:tcPr>
            <w:tcW w:type="dxa" w:w="2835"/>
          </w:tcPr>
          <w:p>
            <w:r>
              <w:t>volunteer</w:t>
            </w:r>
          </w:p>
        </w:tc>
        <w:tc>
          <w:tcPr>
            <w:tcW w:type="dxa" w:w="4535"/>
          </w:tcPr>
          <w:p>
            <w:r>
              <w:t>志愿者</w:t>
            </w:r>
          </w:p>
        </w:tc>
      </w:tr>
      <w:tr>
        <w:tc>
          <w:tcPr>
            <w:tcW w:type="dxa" w:w="850"/>
          </w:tcPr>
          <w:p>
            <w:r>
              <w:t>12</w:t>
            </w:r>
          </w:p>
        </w:tc>
        <w:tc>
          <w:tcPr>
            <w:tcW w:type="dxa" w:w="2835"/>
          </w:tcPr>
          <w:p>
            <w:r>
              <w:t>forward</w:t>
            </w:r>
          </w:p>
        </w:tc>
        <w:tc>
          <w:tcPr>
            <w:tcW w:type="dxa" w:w="4535"/>
          </w:tcPr>
          <w:p>
            <w:r>
              <w:t>向前；转交</w:t>
            </w:r>
          </w:p>
        </w:tc>
      </w:tr>
      <w:tr>
        <w:tc>
          <w:tcPr>
            <w:tcW w:type="dxa" w:w="850"/>
          </w:tcPr>
          <w:p>
            <w:r>
              <w:t>13</w:t>
            </w:r>
          </w:p>
        </w:tc>
        <w:tc>
          <w:tcPr>
            <w:tcW w:type="dxa" w:w="2835"/>
          </w:tcPr>
          <w:p>
            <w:r>
              <w:t>damage</w:t>
            </w:r>
          </w:p>
        </w:tc>
        <w:tc>
          <w:tcPr>
            <w:tcW w:type="dxa" w:w="4535"/>
          </w:tcPr>
          <w:p>
            <w:r>
              <w:t>损坏，损害</w:t>
            </w:r>
          </w:p>
        </w:tc>
      </w:tr>
      <w:tr>
        <w:tc>
          <w:tcPr>
            <w:tcW w:type="dxa" w:w="850"/>
          </w:tcPr>
          <w:p>
            <w:r>
              <w:t>14</w:t>
            </w:r>
          </w:p>
        </w:tc>
        <w:tc>
          <w:tcPr>
            <w:tcW w:type="dxa" w:w="2835"/>
          </w:tcPr>
          <w:p>
            <w:r>
              <w:t>credit</w:t>
            </w:r>
          </w:p>
        </w:tc>
        <w:tc>
          <w:tcPr>
            <w:tcW w:type="dxa" w:w="4535"/>
          </w:tcPr>
          <w:p>
            <w:r>
              <w:t>学分；信用</w:t>
            </w:r>
          </w:p>
        </w:tc>
      </w:tr>
      <w:tr>
        <w:tc>
          <w:tcPr>
            <w:tcW w:type="dxa" w:w="850"/>
          </w:tcPr>
          <w:p>
            <w:r>
              <w:t>15</w:t>
            </w:r>
          </w:p>
        </w:tc>
        <w:tc>
          <w:tcPr>
            <w:tcW w:type="dxa" w:w="2835"/>
          </w:tcPr>
          <w:p>
            <w:r>
              <w:t>chance</w:t>
            </w:r>
          </w:p>
        </w:tc>
        <w:tc>
          <w:tcPr>
            <w:tcW w:type="dxa" w:w="4535"/>
          </w:tcPr>
          <w:p>
            <w:r>
              <w:t>机会</w:t>
            </w:r>
          </w:p>
        </w:tc>
      </w:tr>
      <w:tr>
        <w:tc>
          <w:tcPr>
            <w:tcW w:type="dxa" w:w="850"/>
          </w:tcPr>
          <w:p>
            <w:r>
              <w:t>16</w:t>
            </w:r>
          </w:p>
        </w:tc>
        <w:tc>
          <w:tcPr>
            <w:tcW w:type="dxa" w:w="2835"/>
          </w:tcPr>
          <w:p>
            <w:r>
              <w:t>build</w:t>
            </w:r>
          </w:p>
        </w:tc>
        <w:tc>
          <w:tcPr>
            <w:tcW w:type="dxa" w:w="4535"/>
          </w:tcPr>
          <w:p>
            <w:r>
              <w:t>建造；建立</w:t>
            </w:r>
          </w:p>
        </w:tc>
      </w:tr>
      <w:tr>
        <w:tc>
          <w:tcPr>
            <w:tcW w:type="dxa" w:w="850"/>
          </w:tcPr>
          <w:p>
            <w:r>
              <w:t>17</w:t>
            </w:r>
          </w:p>
        </w:tc>
        <w:tc>
          <w:tcPr>
            <w:tcW w:type="dxa" w:w="2835"/>
          </w:tcPr>
          <w:p>
            <w:r>
              <w:t>major</w:t>
            </w:r>
          </w:p>
        </w:tc>
        <w:tc>
          <w:tcPr>
            <w:tcW w:type="dxa" w:w="4535"/>
          </w:tcPr>
          <w:p>
            <w:r>
              <w:t>主要的；专业</w:t>
            </w:r>
          </w:p>
        </w:tc>
      </w:tr>
      <w:tr>
        <w:tc>
          <w:tcPr>
            <w:tcW w:type="dxa" w:w="850"/>
          </w:tcPr>
          <w:p>
            <w:r>
              <w:t>18</w:t>
            </w:r>
          </w:p>
        </w:tc>
        <w:tc>
          <w:tcPr>
            <w:tcW w:type="dxa" w:w="2835"/>
          </w:tcPr>
          <w:p>
            <w:r>
              <w:t>interested</w:t>
            </w:r>
          </w:p>
        </w:tc>
        <w:tc>
          <w:tcPr>
            <w:tcW w:type="dxa" w:w="4535"/>
          </w:tcPr>
          <w:p>
            <w:r>
              <w:t>感兴趣的</w:t>
            </w:r>
          </w:p>
        </w:tc>
      </w:tr>
      <w:tr>
        <w:tc>
          <w:tcPr>
            <w:tcW w:type="dxa" w:w="850"/>
          </w:tcPr>
          <w:p>
            <w:r>
              <w:t>19</w:t>
            </w:r>
          </w:p>
        </w:tc>
        <w:tc>
          <w:tcPr>
            <w:tcW w:type="dxa" w:w="2835"/>
          </w:tcPr>
          <w:p>
            <w:r>
              <w:t>prize</w:t>
            </w:r>
          </w:p>
        </w:tc>
        <w:tc>
          <w:tcPr>
            <w:tcW w:type="dxa" w:w="4535"/>
          </w:tcPr>
          <w:p>
            <w:r>
              <w:t>奖品</w:t>
            </w:r>
          </w:p>
        </w:tc>
      </w:tr>
      <w:tr>
        <w:tc>
          <w:tcPr>
            <w:tcW w:type="dxa" w:w="850"/>
          </w:tcPr>
          <w:p>
            <w:r>
              <w:t>20</w:t>
            </w:r>
          </w:p>
        </w:tc>
        <w:tc>
          <w:tcPr>
            <w:tcW w:type="dxa" w:w="2835"/>
          </w:tcPr>
          <w:p>
            <w:r>
              <w:t>department</w:t>
            </w:r>
          </w:p>
        </w:tc>
        <w:tc>
          <w:tcPr>
            <w:tcW w:type="dxa" w:w="4535"/>
          </w:tcPr>
          <w:p>
            <w:r>
              <w:t>部门，系</w:t>
            </w:r>
          </w:p>
        </w:tc>
      </w:tr>
      <w:tr>
        <w:tc>
          <w:tcPr>
            <w:tcW w:type="dxa" w:w="850"/>
          </w:tcPr>
          <w:p>
            <w:r>
              <w:t>21</w:t>
            </w:r>
          </w:p>
        </w:tc>
        <w:tc>
          <w:tcPr>
            <w:tcW w:type="dxa" w:w="2835"/>
          </w:tcPr>
          <w:p>
            <w:r>
              <w:t>resource</w:t>
            </w:r>
          </w:p>
        </w:tc>
        <w:tc>
          <w:tcPr>
            <w:tcW w:type="dxa" w:w="4535"/>
          </w:tcPr>
          <w:p>
            <w:r>
              <w:t>资源</w:t>
            </w:r>
          </w:p>
        </w:tc>
      </w:tr>
      <w:tr>
        <w:tc>
          <w:tcPr>
            <w:tcW w:type="dxa" w:w="850"/>
          </w:tcPr>
          <w:p>
            <w:r>
              <w:t>22</w:t>
            </w:r>
          </w:p>
        </w:tc>
        <w:tc>
          <w:tcPr>
            <w:tcW w:type="dxa" w:w="2835"/>
          </w:tcPr>
          <w:p>
            <w:r>
              <w:t>understanding</w:t>
            </w:r>
          </w:p>
        </w:tc>
        <w:tc>
          <w:tcPr>
            <w:tcW w:type="dxa" w:w="4535"/>
          </w:tcPr>
          <w:p>
            <w:r>
              <w:t>理解</w:t>
            </w:r>
          </w:p>
        </w:tc>
      </w:tr>
      <w:tr>
        <w:tc>
          <w:tcPr>
            <w:tcW w:type="dxa" w:w="850"/>
          </w:tcPr>
          <w:p>
            <w:r>
              <w:t>23</w:t>
            </w:r>
          </w:p>
        </w:tc>
        <w:tc>
          <w:tcPr>
            <w:tcW w:type="dxa" w:w="2835"/>
          </w:tcPr>
          <w:p>
            <w:r>
              <w:t>past</w:t>
            </w:r>
          </w:p>
        </w:tc>
        <w:tc>
          <w:tcPr>
            <w:tcW w:type="dxa" w:w="4535"/>
          </w:tcPr>
          <w:p>
            <w:r>
              <w:t>过去的；经过</w:t>
            </w:r>
          </w:p>
        </w:tc>
      </w:tr>
      <w:tr>
        <w:tc>
          <w:tcPr>
            <w:tcW w:type="dxa" w:w="850"/>
          </w:tcPr>
          <w:p>
            <w:r>
              <w:t>24</w:t>
            </w:r>
          </w:p>
        </w:tc>
        <w:tc>
          <w:tcPr>
            <w:tcW w:type="dxa" w:w="2835"/>
          </w:tcPr>
          <w:p>
            <w:r>
              <w:t>inconvenience</w:t>
            </w:r>
          </w:p>
        </w:tc>
        <w:tc>
          <w:tcPr>
            <w:tcW w:type="dxa" w:w="4535"/>
          </w:tcPr>
          <w:p>
            <w:r>
              <w:t>不便，麻烦</w:t>
            </w:r>
          </w:p>
        </w:tc>
      </w:tr>
      <w:tr>
        <w:tc>
          <w:tcPr>
            <w:tcW w:type="dxa" w:w="850"/>
          </w:tcPr>
          <w:p>
            <w:r>
              <w:t>25</w:t>
            </w:r>
          </w:p>
        </w:tc>
        <w:tc>
          <w:tcPr>
            <w:tcW w:type="dxa" w:w="2835"/>
          </w:tcPr>
          <w:p>
            <w:r>
              <w:t>instructor</w:t>
            </w:r>
          </w:p>
        </w:tc>
        <w:tc>
          <w:tcPr>
            <w:tcW w:type="dxa" w:w="4535"/>
          </w:tcPr>
          <w:p>
            <w:r>
              <w:t>讲师，教员</w:t>
            </w:r>
          </w:p>
        </w:tc>
      </w:tr>
      <w:tr>
        <w:tc>
          <w:tcPr>
            <w:tcW w:type="dxa" w:w="850"/>
          </w:tcPr>
          <w:p>
            <w:r>
              <w:t>26</w:t>
            </w:r>
          </w:p>
        </w:tc>
        <w:tc>
          <w:tcPr>
            <w:tcW w:type="dxa" w:w="2835"/>
          </w:tcPr>
          <w:p>
            <w:r>
              <w:t>screening</w:t>
            </w:r>
          </w:p>
        </w:tc>
        <w:tc>
          <w:tcPr>
            <w:tcW w:type="dxa" w:w="4535"/>
          </w:tcPr>
          <w:p>
            <w:r>
              <w:t>放映；筛查</w:t>
            </w:r>
          </w:p>
        </w:tc>
      </w:tr>
      <w:tr>
        <w:tc>
          <w:tcPr>
            <w:tcW w:type="dxa" w:w="850"/>
          </w:tcPr>
          <w:p>
            <w:r>
              <w:t>27</w:t>
            </w:r>
          </w:p>
        </w:tc>
        <w:tc>
          <w:tcPr>
            <w:tcW w:type="dxa" w:w="2835"/>
          </w:tcPr>
          <w:p>
            <w:r>
              <w:t>user</w:t>
            </w:r>
          </w:p>
        </w:tc>
        <w:tc>
          <w:tcPr>
            <w:tcW w:type="dxa" w:w="4535"/>
          </w:tcPr>
          <w:p>
            <w:r>
              <w:t>用户</w:t>
            </w:r>
          </w:p>
        </w:tc>
      </w:tr>
      <w:tr>
        <w:tc>
          <w:tcPr>
            <w:tcW w:type="dxa" w:w="850"/>
          </w:tcPr>
          <w:p>
            <w:r>
              <w:t>28</w:t>
            </w:r>
          </w:p>
        </w:tc>
        <w:tc>
          <w:tcPr>
            <w:tcW w:type="dxa" w:w="2835"/>
          </w:tcPr>
          <w:p>
            <w:r>
              <w:t>location</w:t>
            </w:r>
          </w:p>
        </w:tc>
        <w:tc>
          <w:tcPr>
            <w:tcW w:type="dxa" w:w="4535"/>
          </w:tcPr>
          <w:p>
            <w:r>
              <w:t>位置，地点</w:t>
            </w:r>
          </w:p>
        </w:tc>
      </w:tr>
      <w:tr>
        <w:tc>
          <w:tcPr>
            <w:tcW w:type="dxa" w:w="850"/>
          </w:tcPr>
          <w:p>
            <w:r>
              <w:t>29</w:t>
            </w:r>
          </w:p>
        </w:tc>
        <w:tc>
          <w:tcPr>
            <w:tcW w:type="dxa" w:w="2835"/>
          </w:tcPr>
          <w:p>
            <w:r>
              <w:t>attention</w:t>
            </w:r>
          </w:p>
        </w:tc>
        <w:tc>
          <w:tcPr>
            <w:tcW w:type="dxa" w:w="4535"/>
          </w:tcPr>
          <w:p>
            <w:r>
              <w:t>注意</w:t>
            </w:r>
          </w:p>
        </w:tc>
      </w:tr>
      <w:tr>
        <w:tc>
          <w:tcPr>
            <w:tcW w:type="dxa" w:w="850"/>
          </w:tcPr>
          <w:p>
            <w:r>
              <w:t>30</w:t>
            </w:r>
          </w:p>
        </w:tc>
        <w:tc>
          <w:tcPr>
            <w:tcW w:type="dxa" w:w="2835"/>
          </w:tcPr>
          <w:p>
            <w:r>
              <w:t>club</w:t>
            </w:r>
          </w:p>
        </w:tc>
        <w:tc>
          <w:tcPr>
            <w:tcW w:type="dxa" w:w="4535"/>
          </w:tcPr>
          <w:p>
            <w:r>
              <w:t>俱乐部，社团</w:t>
            </w:r>
          </w:p>
        </w:tc>
      </w:tr>
      <w:tr>
        <w:tc>
          <w:tcPr>
            <w:tcW w:type="dxa" w:w="850"/>
          </w:tcPr>
          <w:p>
            <w:r>
              <w:t>31</w:t>
            </w:r>
          </w:p>
        </w:tc>
        <w:tc>
          <w:tcPr>
            <w:tcW w:type="dxa" w:w="2835"/>
          </w:tcPr>
          <w:p>
            <w:r>
              <w:t>required</w:t>
            </w:r>
          </w:p>
        </w:tc>
        <w:tc>
          <w:tcPr>
            <w:tcW w:type="dxa" w:w="4535"/>
          </w:tcPr>
          <w:p>
            <w:r>
              <w:t>必需的</w:t>
            </w:r>
          </w:p>
        </w:tc>
      </w:tr>
      <w:tr>
        <w:tc>
          <w:tcPr>
            <w:tcW w:type="dxa" w:w="850"/>
          </w:tcPr>
          <w:p>
            <w:r>
              <w:t>32</w:t>
            </w:r>
          </w:p>
        </w:tc>
        <w:tc>
          <w:tcPr>
            <w:tcW w:type="dxa" w:w="2835"/>
          </w:tcPr>
          <w:p>
            <w:r>
              <w:t>annual</w:t>
            </w:r>
          </w:p>
        </w:tc>
        <w:tc>
          <w:tcPr>
            <w:tcW w:type="dxa" w:w="4535"/>
          </w:tcPr>
          <w:p>
            <w:r>
              <w:t>每年的</w:t>
            </w:r>
          </w:p>
        </w:tc>
      </w:tr>
      <w:tr>
        <w:tc>
          <w:tcPr>
            <w:tcW w:type="dxa" w:w="850"/>
          </w:tcPr>
          <w:p>
            <w:r>
              <w:t>33</w:t>
            </w:r>
          </w:p>
        </w:tc>
        <w:tc>
          <w:tcPr>
            <w:tcW w:type="dxa" w:w="2835"/>
          </w:tcPr>
          <w:p>
            <w:r>
              <w:t>community</w:t>
            </w:r>
          </w:p>
        </w:tc>
        <w:tc>
          <w:tcPr>
            <w:tcW w:type="dxa" w:w="4535"/>
          </w:tcPr>
          <w:p>
            <w:r>
              <w:t>社区；群体</w:t>
            </w:r>
          </w:p>
        </w:tc>
      </w:tr>
      <w:tr>
        <w:tc>
          <w:tcPr>
            <w:tcW w:type="dxa" w:w="850"/>
          </w:tcPr>
          <w:p>
            <w:r>
              <w:t>34</w:t>
            </w:r>
          </w:p>
        </w:tc>
        <w:tc>
          <w:tcPr>
            <w:tcW w:type="dxa" w:w="2835"/>
          </w:tcPr>
          <w:p>
            <w:r>
              <w:t>host</w:t>
            </w:r>
          </w:p>
        </w:tc>
        <w:tc>
          <w:tcPr>
            <w:tcW w:type="dxa" w:w="4535"/>
          </w:tcPr>
          <w:p>
            <w:r>
              <w:t>主办；主持人</w:t>
            </w:r>
          </w:p>
        </w:tc>
      </w:tr>
      <w:tr>
        <w:tc>
          <w:tcPr>
            <w:tcW w:type="dxa" w:w="850"/>
          </w:tcPr>
          <w:p>
            <w:r>
              <w:t>35</w:t>
            </w:r>
          </w:p>
        </w:tc>
        <w:tc>
          <w:tcPr>
            <w:tcW w:type="dxa" w:w="2835"/>
          </w:tcPr>
          <w:p>
            <w:r>
              <w:t>parking</w:t>
            </w:r>
          </w:p>
        </w:tc>
        <w:tc>
          <w:tcPr>
            <w:tcW w:type="dxa" w:w="4535"/>
          </w:tcPr>
          <w:p>
            <w:r>
              <w:t>停车</w:t>
            </w:r>
          </w:p>
        </w:tc>
      </w:tr>
      <w:tr>
        <w:tc>
          <w:tcPr>
            <w:tcW w:type="dxa" w:w="850"/>
          </w:tcPr>
          <w:p>
            <w:r>
              <w:t>36</w:t>
            </w:r>
          </w:p>
        </w:tc>
        <w:tc>
          <w:tcPr>
            <w:tcW w:type="dxa" w:w="2835"/>
          </w:tcPr>
          <w:p>
            <w:r>
              <w:t>aware</w:t>
            </w:r>
          </w:p>
        </w:tc>
        <w:tc>
          <w:tcPr>
            <w:tcW w:type="dxa" w:w="4535"/>
          </w:tcPr>
          <w:p>
            <w:r>
              <w:t>意识到的</w:t>
            </w:r>
          </w:p>
        </w:tc>
      </w:tr>
      <w:tr>
        <w:tc>
          <w:tcPr>
            <w:tcW w:type="dxa" w:w="850"/>
          </w:tcPr>
          <w:p>
            <w:r>
              <w:t>37</w:t>
            </w:r>
          </w:p>
        </w:tc>
        <w:tc>
          <w:tcPr>
            <w:tcW w:type="dxa" w:w="2835"/>
          </w:tcPr>
          <w:p>
            <w:r>
              <w:t>symposium</w:t>
            </w:r>
          </w:p>
        </w:tc>
        <w:tc>
          <w:tcPr>
            <w:tcW w:type="dxa" w:w="4535"/>
          </w:tcPr>
          <w:p>
            <w:r>
              <w:t>研讨会</w:t>
            </w:r>
          </w:p>
        </w:tc>
      </w:tr>
      <w:tr>
        <w:tc>
          <w:tcPr>
            <w:tcW w:type="dxa" w:w="850"/>
          </w:tcPr>
          <w:p>
            <w:r>
              <w:t>38</w:t>
            </w:r>
          </w:p>
        </w:tc>
        <w:tc>
          <w:tcPr>
            <w:tcW w:type="dxa" w:w="2835"/>
          </w:tcPr>
          <w:p>
            <w:r>
              <w:t>immediately</w:t>
            </w:r>
          </w:p>
        </w:tc>
        <w:tc>
          <w:tcPr>
            <w:tcW w:type="dxa" w:w="4535"/>
          </w:tcPr>
          <w:p>
            <w:r>
              <w:t>立即</w:t>
            </w:r>
          </w:p>
        </w:tc>
      </w:tr>
      <w:tr>
        <w:tc>
          <w:tcPr>
            <w:tcW w:type="dxa" w:w="850"/>
          </w:tcPr>
          <w:p>
            <w:r>
              <w:t>39</w:t>
            </w:r>
          </w:p>
        </w:tc>
        <w:tc>
          <w:tcPr>
            <w:tcW w:type="dxa" w:w="2835"/>
          </w:tcPr>
          <w:p>
            <w:r>
              <w:t>recommend</w:t>
            </w:r>
          </w:p>
        </w:tc>
        <w:tc>
          <w:tcPr>
            <w:tcW w:type="dxa" w:w="4535"/>
          </w:tcPr>
          <w:p>
            <w:r>
              <w:t>推荐</w:t>
            </w:r>
          </w:p>
        </w:tc>
      </w:tr>
      <w:tr>
        <w:tc>
          <w:tcPr>
            <w:tcW w:type="dxa" w:w="850"/>
          </w:tcPr>
          <w:p>
            <w:r>
              <w:t>40</w:t>
            </w:r>
          </w:p>
        </w:tc>
        <w:tc>
          <w:tcPr>
            <w:tcW w:type="dxa" w:w="2835"/>
          </w:tcPr>
          <w:p>
            <w:r>
              <w:t>miss</w:t>
            </w:r>
          </w:p>
        </w:tc>
        <w:tc>
          <w:tcPr>
            <w:tcW w:type="dxa" w:w="4535"/>
          </w:tcPr>
          <w:p>
            <w:r>
              <w:t>错过；想念</w:t>
            </w:r>
          </w:p>
        </w:tc>
      </w:tr>
      <w:tr>
        <w:tc>
          <w:tcPr>
            <w:tcW w:type="dxa" w:w="850"/>
          </w:tcPr>
          <w:p>
            <w:r>
              <w:t>41</w:t>
            </w:r>
          </w:p>
        </w:tc>
        <w:tc>
          <w:tcPr>
            <w:tcW w:type="dxa" w:w="2835"/>
          </w:tcPr>
          <w:p>
            <w:r>
              <w:t>full</w:t>
            </w:r>
          </w:p>
        </w:tc>
        <w:tc>
          <w:tcPr>
            <w:tcW w:type="dxa" w:w="4535"/>
          </w:tcPr>
          <w:p>
            <w:r>
              <w:t>满的；完整的</w:t>
            </w:r>
          </w:p>
        </w:tc>
      </w:tr>
      <w:tr>
        <w:tc>
          <w:tcPr>
            <w:tcW w:type="dxa" w:w="850"/>
          </w:tcPr>
          <w:p>
            <w:r>
              <w:t>42</w:t>
            </w:r>
          </w:p>
        </w:tc>
        <w:tc>
          <w:tcPr>
            <w:tcW w:type="dxa" w:w="2835"/>
          </w:tcPr>
          <w:p>
            <w:r>
              <w:t>attendance</w:t>
            </w:r>
          </w:p>
        </w:tc>
        <w:tc>
          <w:tcPr>
            <w:tcW w:type="dxa" w:w="4535"/>
          </w:tcPr>
          <w:p>
            <w:r>
              <w:t>出席；出勤</w:t>
            </w:r>
          </w:p>
        </w:tc>
      </w:tr>
      <w:tr>
        <w:tc>
          <w:tcPr>
            <w:tcW w:type="dxa" w:w="850"/>
          </w:tcPr>
          <w:p>
            <w:r>
              <w:t>43</w:t>
            </w:r>
          </w:p>
        </w:tc>
        <w:tc>
          <w:tcPr>
            <w:tcW w:type="dxa" w:w="2835"/>
          </w:tcPr>
          <w:p>
            <w:r>
              <w:t>require</w:t>
            </w:r>
          </w:p>
        </w:tc>
        <w:tc>
          <w:tcPr>
            <w:tcW w:type="dxa" w:w="4535"/>
          </w:tcPr>
          <w:p>
            <w:r>
              <w:t>要求</w:t>
            </w:r>
          </w:p>
        </w:tc>
      </w:tr>
      <w:tr>
        <w:tc>
          <w:tcPr>
            <w:tcW w:type="dxa" w:w="850"/>
          </w:tcPr>
          <w:p>
            <w:r>
              <w:t>44</w:t>
            </w:r>
          </w:p>
        </w:tc>
        <w:tc>
          <w:tcPr>
            <w:tcW w:type="dxa" w:w="2835"/>
          </w:tcPr>
          <w:p>
            <w:r>
              <w:t>maintain</w:t>
            </w:r>
          </w:p>
        </w:tc>
        <w:tc>
          <w:tcPr>
            <w:tcW w:type="dxa" w:w="4535"/>
          </w:tcPr>
          <w:p>
            <w:r>
              <w:t>保持，维持</w:t>
            </w:r>
          </w:p>
        </w:tc>
      </w:tr>
      <w:tr>
        <w:tc>
          <w:tcPr>
            <w:tcW w:type="dxa" w:w="850"/>
          </w:tcPr>
          <w:p>
            <w:r>
              <w:t>45</w:t>
            </w:r>
          </w:p>
        </w:tc>
        <w:tc>
          <w:tcPr>
            <w:tcW w:type="dxa" w:w="2835"/>
          </w:tcPr>
          <w:p>
            <w:r>
              <w:t>circumstances</w:t>
            </w:r>
          </w:p>
        </w:tc>
        <w:tc>
          <w:tcPr>
            <w:tcW w:type="dxa" w:w="4535"/>
          </w:tcPr>
          <w:p>
            <w:r>
              <w:t>情况，环境</w:t>
            </w:r>
          </w:p>
        </w:tc>
      </w:tr>
      <w:tr>
        <w:tc>
          <w:tcPr>
            <w:tcW w:type="dxa" w:w="850"/>
          </w:tcPr>
          <w:p>
            <w:r>
              <w:t>46</w:t>
            </w:r>
          </w:p>
        </w:tc>
        <w:tc>
          <w:tcPr>
            <w:tcW w:type="dxa" w:w="2835"/>
          </w:tcPr>
          <w:p>
            <w:r>
              <w:t>swim</w:t>
            </w:r>
          </w:p>
        </w:tc>
        <w:tc>
          <w:tcPr>
            <w:tcW w:type="dxa" w:w="4535"/>
          </w:tcPr>
          <w:p>
            <w:r>
              <w:t>游泳</w:t>
            </w:r>
          </w:p>
        </w:tc>
      </w:tr>
      <w:tr>
        <w:tc>
          <w:tcPr>
            <w:tcW w:type="dxa" w:w="850"/>
          </w:tcPr>
          <w:p>
            <w:r>
              <w:t>47</w:t>
            </w:r>
          </w:p>
        </w:tc>
        <w:tc>
          <w:tcPr>
            <w:tcW w:type="dxa" w:w="2835"/>
          </w:tcPr>
          <w:p>
            <w:r>
              <w:t>shoes</w:t>
            </w:r>
          </w:p>
        </w:tc>
        <w:tc>
          <w:tcPr>
            <w:tcW w:type="dxa" w:w="4535"/>
          </w:tcPr>
          <w:p>
            <w:r>
              <w:t>鞋子</w:t>
            </w:r>
          </w:p>
        </w:tc>
      </w:tr>
      <w:tr>
        <w:tc>
          <w:tcPr>
            <w:tcW w:type="dxa" w:w="850"/>
          </w:tcPr>
          <w:p>
            <w:r>
              <w:t>48</w:t>
            </w:r>
          </w:p>
        </w:tc>
        <w:tc>
          <w:tcPr>
            <w:tcW w:type="dxa" w:w="2835"/>
          </w:tcPr>
          <w:p>
            <w:r>
              <w:t>education</w:t>
            </w:r>
          </w:p>
        </w:tc>
        <w:tc>
          <w:tcPr>
            <w:tcW w:type="dxa" w:w="4535"/>
          </w:tcPr>
          <w:p>
            <w:r>
              <w:t>教育</w:t>
            </w:r>
          </w:p>
        </w:tc>
      </w:tr>
      <w:tr>
        <w:tc>
          <w:tcPr>
            <w:tcW w:type="dxa" w:w="850"/>
          </w:tcPr>
          <w:p>
            <w:r>
              <w:t>49</w:t>
            </w:r>
          </w:p>
        </w:tc>
        <w:tc>
          <w:tcPr>
            <w:tcW w:type="dxa" w:w="2835"/>
          </w:tcPr>
          <w:p>
            <w:r>
              <w:t>fundraising</w:t>
            </w:r>
          </w:p>
        </w:tc>
        <w:tc>
          <w:tcPr>
            <w:tcW w:type="dxa" w:w="4535"/>
          </w:tcPr>
          <w:p>
            <w:r>
              <w:t>募捐，筹款</w:t>
            </w:r>
          </w:p>
        </w:tc>
      </w:tr>
      <w:tr>
        <w:tc>
          <w:tcPr>
            <w:tcW w:type="dxa" w:w="850"/>
          </w:tcPr>
          <w:p>
            <w:r>
              <w:t>50</w:t>
            </w:r>
          </w:p>
        </w:tc>
        <w:tc>
          <w:tcPr>
            <w:tcW w:type="dxa" w:w="2835"/>
          </w:tcPr>
          <w:p>
            <w:r>
              <w:t>system</w:t>
            </w:r>
          </w:p>
        </w:tc>
        <w:tc>
          <w:tcPr>
            <w:tcW w:type="dxa" w:w="4535"/>
          </w:tcPr>
          <w:p>
            <w:r>
              <w:t>系统</w:t>
            </w:r>
          </w:p>
        </w:tc>
      </w:tr>
    </w:tbl>
    <w:p/>
    <w:p>
      <w:pPr>
        <w:pStyle w:val="Heading1"/>
      </w:pPr>
      <w:r>
        <w:t>第5组（apologize → concert）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850"/>
          </w:tcPr>
          <w:p>
            <w:r>
              <w:t>序号</w:t>
            </w:r>
          </w:p>
        </w:tc>
        <w:tc>
          <w:tcPr>
            <w:tcW w:type="dxa" w:w="2835"/>
          </w:tcPr>
          <w:p>
            <w:r>
              <w:t>英文单词</w:t>
            </w:r>
          </w:p>
        </w:tc>
        <w:tc>
          <w:tcPr>
            <w:tcW w:type="dxa" w:w="4535"/>
          </w:tcPr>
          <w:p>
            <w:r>
              <w:t>中文释义</w:t>
            </w:r>
          </w:p>
        </w:tc>
      </w:tr>
      <w:tr>
        <w:tc>
          <w:tcPr>
            <w:tcW w:type="dxa" w:w="850"/>
          </w:tcPr>
          <w:p>
            <w:r>
              <w:t>1</w:t>
            </w:r>
          </w:p>
        </w:tc>
        <w:tc>
          <w:tcPr>
            <w:tcW w:type="dxa" w:w="2835"/>
          </w:tcPr>
          <w:p>
            <w:r>
              <w:t>apologize</w:t>
            </w:r>
          </w:p>
        </w:tc>
        <w:tc>
          <w:tcPr>
            <w:tcW w:type="dxa" w:w="4535"/>
          </w:tcPr>
          <w:p>
            <w:r>
              <w:t>道歉</w:t>
            </w:r>
          </w:p>
        </w:tc>
      </w:tr>
      <w:tr>
        <w:tc>
          <w:tcPr>
            <w:tcW w:type="dxa" w:w="850"/>
          </w:tcPr>
          <w:p>
            <w:r>
              <w:t>2</w:t>
            </w:r>
          </w:p>
        </w:tc>
        <w:tc>
          <w:tcPr>
            <w:tcW w:type="dxa" w:w="2835"/>
          </w:tcPr>
          <w:p>
            <w:r>
              <w:t>recent</w:t>
            </w:r>
          </w:p>
        </w:tc>
        <w:tc>
          <w:tcPr>
            <w:tcW w:type="dxa" w:w="4535"/>
          </w:tcPr>
          <w:p>
            <w:r>
              <w:t>最近的</w:t>
            </w:r>
          </w:p>
        </w:tc>
      </w:tr>
      <w:tr>
        <w:tc>
          <w:tcPr>
            <w:tcW w:type="dxa" w:w="850"/>
          </w:tcPr>
          <w:p>
            <w:r>
              <w:t>3</w:t>
            </w:r>
          </w:p>
        </w:tc>
        <w:tc>
          <w:tcPr>
            <w:tcW w:type="dxa" w:w="2835"/>
          </w:tcPr>
          <w:p>
            <w:r>
              <w:t>cause</w:t>
            </w:r>
          </w:p>
        </w:tc>
        <w:tc>
          <w:tcPr>
            <w:tcW w:type="dxa" w:w="4535"/>
          </w:tcPr>
          <w:p>
            <w:r>
              <w:t>原因；导致</w:t>
            </w:r>
          </w:p>
        </w:tc>
      </w:tr>
      <w:tr>
        <w:tc>
          <w:tcPr>
            <w:tcW w:type="dxa" w:w="850"/>
          </w:tcPr>
          <w:p>
            <w:r>
              <w:t>4</w:t>
            </w:r>
          </w:p>
        </w:tc>
        <w:tc>
          <w:tcPr>
            <w:tcW w:type="dxa" w:w="2835"/>
          </w:tcPr>
          <w:p>
            <w:r>
              <w:t>unfortunately</w:t>
            </w:r>
          </w:p>
        </w:tc>
        <w:tc>
          <w:tcPr>
            <w:tcW w:type="dxa" w:w="4535"/>
          </w:tcPr>
          <w:p>
            <w:r>
              <w:t>不幸的是</w:t>
            </w:r>
          </w:p>
        </w:tc>
      </w:tr>
      <w:tr>
        <w:tc>
          <w:tcPr>
            <w:tcW w:type="dxa" w:w="850"/>
          </w:tcPr>
          <w:p>
            <w:r>
              <w:t>5</w:t>
            </w:r>
          </w:p>
        </w:tc>
        <w:tc>
          <w:tcPr>
            <w:tcW w:type="dxa" w:w="2835"/>
          </w:tcPr>
          <w:p>
            <w:r>
              <w:t>steam</w:t>
            </w:r>
          </w:p>
        </w:tc>
        <w:tc>
          <w:tcPr>
            <w:tcW w:type="dxa" w:w="4535"/>
          </w:tcPr>
          <w:p>
            <w:r>
              <w:t>蒸汽</w:t>
            </w:r>
          </w:p>
        </w:tc>
      </w:tr>
      <w:tr>
        <w:tc>
          <w:tcPr>
            <w:tcW w:type="dxa" w:w="850"/>
          </w:tcPr>
          <w:p>
            <w:r>
              <w:t>6</w:t>
            </w:r>
          </w:p>
        </w:tc>
        <w:tc>
          <w:tcPr>
            <w:tcW w:type="dxa" w:w="2835"/>
          </w:tcPr>
          <w:p>
            <w:r>
              <w:t>pipe</w:t>
            </w:r>
          </w:p>
        </w:tc>
        <w:tc>
          <w:tcPr>
            <w:tcW w:type="dxa" w:w="4535"/>
          </w:tcPr>
          <w:p>
            <w:r>
              <w:t>管道</w:t>
            </w:r>
          </w:p>
        </w:tc>
      </w:tr>
      <w:tr>
        <w:tc>
          <w:tcPr>
            <w:tcW w:type="dxa" w:w="850"/>
          </w:tcPr>
          <w:p>
            <w:r>
              <w:t>7</w:t>
            </w:r>
          </w:p>
        </w:tc>
        <w:tc>
          <w:tcPr>
            <w:tcW w:type="dxa" w:w="2835"/>
          </w:tcPr>
          <w:p>
            <w:r>
              <w:t>residents</w:t>
            </w:r>
          </w:p>
        </w:tc>
        <w:tc>
          <w:tcPr>
            <w:tcW w:type="dxa" w:w="4535"/>
          </w:tcPr>
          <w:p>
            <w:r>
              <w:t>居民</w:t>
            </w:r>
          </w:p>
        </w:tc>
      </w:tr>
      <w:tr>
        <w:tc>
          <w:tcPr>
            <w:tcW w:type="dxa" w:w="850"/>
          </w:tcPr>
          <w:p>
            <w:r>
              <w:t>8</w:t>
            </w:r>
          </w:p>
        </w:tc>
        <w:tc>
          <w:tcPr>
            <w:tcW w:type="dxa" w:w="2835"/>
          </w:tcPr>
          <w:p>
            <w:r>
              <w:t>repair</w:t>
            </w:r>
          </w:p>
        </w:tc>
        <w:tc>
          <w:tcPr>
            <w:tcW w:type="dxa" w:w="4535"/>
          </w:tcPr>
          <w:p>
            <w:r>
              <w:t>修理</w:t>
            </w:r>
          </w:p>
        </w:tc>
      </w:tr>
      <w:tr>
        <w:tc>
          <w:tcPr>
            <w:tcW w:type="dxa" w:w="850"/>
          </w:tcPr>
          <w:p>
            <w:r>
              <w:t>9</w:t>
            </w:r>
          </w:p>
        </w:tc>
        <w:tc>
          <w:tcPr>
            <w:tcW w:type="dxa" w:w="2835"/>
          </w:tcPr>
          <w:p>
            <w:r>
              <w:t>means</w:t>
            </w:r>
          </w:p>
        </w:tc>
        <w:tc>
          <w:tcPr>
            <w:tcW w:type="dxa" w:w="4535"/>
          </w:tcPr>
          <w:p>
            <w:r>
              <w:t>方法；意味着</w:t>
            </w:r>
          </w:p>
        </w:tc>
      </w:tr>
      <w:tr>
        <w:tc>
          <w:tcPr>
            <w:tcW w:type="dxa" w:w="850"/>
          </w:tcPr>
          <w:p>
            <w:r>
              <w:t>10</w:t>
            </w:r>
          </w:p>
        </w:tc>
        <w:tc>
          <w:tcPr>
            <w:tcW w:type="dxa" w:w="2835"/>
          </w:tcPr>
          <w:p>
            <w:r>
              <w:t>temporarily</w:t>
            </w:r>
          </w:p>
        </w:tc>
        <w:tc>
          <w:tcPr>
            <w:tcW w:type="dxa" w:w="4535"/>
          </w:tcPr>
          <w:p>
            <w:r>
              <w:t>暂时地</w:t>
            </w:r>
          </w:p>
        </w:tc>
      </w:tr>
      <w:tr>
        <w:tc>
          <w:tcPr>
            <w:tcW w:type="dxa" w:w="850"/>
          </w:tcPr>
          <w:p>
            <w:r>
              <w:t>11</w:t>
            </w:r>
          </w:p>
        </w:tc>
        <w:tc>
          <w:tcPr>
            <w:tcW w:type="dxa" w:w="2835"/>
          </w:tcPr>
          <w:p>
            <w:r>
              <w:t>own</w:t>
            </w:r>
          </w:p>
        </w:tc>
        <w:tc>
          <w:tcPr>
            <w:tcW w:type="dxa" w:w="4535"/>
          </w:tcPr>
          <w:p>
            <w:r>
              <w:t>自己的；拥有</w:t>
            </w:r>
          </w:p>
        </w:tc>
      </w:tr>
      <w:tr>
        <w:tc>
          <w:tcPr>
            <w:tcW w:type="dxa" w:w="850"/>
          </w:tcPr>
          <w:p>
            <w:r>
              <w:t>12</w:t>
            </w:r>
          </w:p>
        </w:tc>
        <w:tc>
          <w:tcPr>
            <w:tcW w:type="dxa" w:w="2835"/>
          </w:tcPr>
          <w:p>
            <w:r>
              <w:t>shut</w:t>
            </w:r>
          </w:p>
        </w:tc>
        <w:tc>
          <w:tcPr>
            <w:tcW w:type="dxa" w:w="4535"/>
          </w:tcPr>
          <w:p>
            <w:r>
              <w:t>关闭</w:t>
            </w:r>
          </w:p>
        </w:tc>
      </w:tr>
      <w:tr>
        <w:tc>
          <w:tcPr>
            <w:tcW w:type="dxa" w:w="850"/>
          </w:tcPr>
          <w:p>
            <w:r>
              <w:t>13</w:t>
            </w:r>
          </w:p>
        </w:tc>
        <w:tc>
          <w:tcPr>
            <w:tcW w:type="dxa" w:w="2835"/>
          </w:tcPr>
          <w:p>
            <w:r>
              <w:t>replace</w:t>
            </w:r>
          </w:p>
        </w:tc>
        <w:tc>
          <w:tcPr>
            <w:tcW w:type="dxa" w:w="4535"/>
          </w:tcPr>
          <w:p>
            <w:r>
              <w:t>更换；取代</w:t>
            </w:r>
          </w:p>
        </w:tc>
      </w:tr>
      <w:tr>
        <w:tc>
          <w:tcPr>
            <w:tcW w:type="dxa" w:w="850"/>
          </w:tcPr>
          <w:p>
            <w:r>
              <w:t>14</w:t>
            </w:r>
          </w:p>
        </w:tc>
        <w:tc>
          <w:tcPr>
            <w:tcW w:type="dxa" w:w="2835"/>
          </w:tcPr>
          <w:p>
            <w:r>
              <w:t>electric</w:t>
            </w:r>
          </w:p>
        </w:tc>
        <w:tc>
          <w:tcPr>
            <w:tcW w:type="dxa" w:w="4535"/>
          </w:tcPr>
          <w:p>
            <w:r>
              <w:t>电的</w:t>
            </w:r>
          </w:p>
        </w:tc>
      </w:tr>
      <w:tr>
        <w:tc>
          <w:tcPr>
            <w:tcW w:type="dxa" w:w="850"/>
          </w:tcPr>
          <w:p>
            <w:r>
              <w:t>15</w:t>
            </w:r>
          </w:p>
        </w:tc>
        <w:tc>
          <w:tcPr>
            <w:tcW w:type="dxa" w:w="2835"/>
          </w:tcPr>
          <w:p>
            <w:r>
              <w:t>prohibited</w:t>
            </w:r>
          </w:p>
        </w:tc>
        <w:tc>
          <w:tcPr>
            <w:tcW w:type="dxa" w:w="4535"/>
          </w:tcPr>
          <w:p>
            <w:r>
              <w:t>禁止的</w:t>
            </w:r>
          </w:p>
        </w:tc>
      </w:tr>
      <w:tr>
        <w:tc>
          <w:tcPr>
            <w:tcW w:type="dxa" w:w="850"/>
          </w:tcPr>
          <w:p>
            <w:r>
              <w:t>16</w:t>
            </w:r>
          </w:p>
        </w:tc>
        <w:tc>
          <w:tcPr>
            <w:tcW w:type="dxa" w:w="2835"/>
          </w:tcPr>
          <w:p>
            <w:r>
              <w:t>label</w:t>
            </w:r>
          </w:p>
        </w:tc>
        <w:tc>
          <w:tcPr>
            <w:tcW w:type="dxa" w:w="4535"/>
          </w:tcPr>
          <w:p>
            <w:r>
              <w:t>标签；标注</w:t>
            </w:r>
          </w:p>
        </w:tc>
      </w:tr>
      <w:tr>
        <w:tc>
          <w:tcPr>
            <w:tcW w:type="dxa" w:w="850"/>
          </w:tcPr>
          <w:p>
            <w:r>
              <w:t>17</w:t>
            </w:r>
          </w:p>
        </w:tc>
        <w:tc>
          <w:tcPr>
            <w:tcW w:type="dxa" w:w="2835"/>
          </w:tcPr>
          <w:p>
            <w:r>
              <w:t>occur</w:t>
            </w:r>
          </w:p>
        </w:tc>
        <w:tc>
          <w:tcPr>
            <w:tcW w:type="dxa" w:w="4535"/>
          </w:tcPr>
          <w:p>
            <w:r>
              <w:t>发生</w:t>
            </w:r>
          </w:p>
        </w:tc>
      </w:tr>
      <w:tr>
        <w:tc>
          <w:tcPr>
            <w:tcW w:type="dxa" w:w="850"/>
          </w:tcPr>
          <w:p>
            <w:r>
              <w:t>18</w:t>
            </w:r>
          </w:p>
        </w:tc>
        <w:tc>
          <w:tcPr>
            <w:tcW w:type="dxa" w:w="2835"/>
          </w:tcPr>
          <w:p>
            <w:r>
              <w:t>details</w:t>
            </w:r>
          </w:p>
        </w:tc>
        <w:tc>
          <w:tcPr>
            <w:tcW w:type="dxa" w:w="4535"/>
          </w:tcPr>
          <w:p>
            <w:r>
              <w:t>细节</w:t>
            </w:r>
          </w:p>
        </w:tc>
      </w:tr>
      <w:tr>
        <w:tc>
          <w:tcPr>
            <w:tcW w:type="dxa" w:w="850"/>
          </w:tcPr>
          <w:p>
            <w:r>
              <w:t>19</w:t>
            </w:r>
          </w:p>
        </w:tc>
        <w:tc>
          <w:tcPr>
            <w:tcW w:type="dxa" w:w="2835"/>
          </w:tcPr>
          <w:p>
            <w:r>
              <w:t>workshop</w:t>
            </w:r>
          </w:p>
        </w:tc>
        <w:tc>
          <w:tcPr>
            <w:tcW w:type="dxa" w:w="4535"/>
          </w:tcPr>
          <w:p>
            <w:r>
              <w:t>工作坊；研讨会</w:t>
            </w:r>
          </w:p>
        </w:tc>
      </w:tr>
      <w:tr>
        <w:tc>
          <w:tcPr>
            <w:tcW w:type="dxa" w:w="850"/>
          </w:tcPr>
          <w:p>
            <w:r>
              <w:t>20</w:t>
            </w:r>
          </w:p>
        </w:tc>
        <w:tc>
          <w:tcPr>
            <w:tcW w:type="dxa" w:w="2835"/>
          </w:tcPr>
          <w:p>
            <w:r>
              <w:t>graduate</w:t>
            </w:r>
          </w:p>
        </w:tc>
        <w:tc>
          <w:tcPr>
            <w:tcW w:type="dxa" w:w="4535"/>
          </w:tcPr>
          <w:p>
            <w:r>
              <w:t>毕业生；毕业</w:t>
            </w:r>
          </w:p>
        </w:tc>
      </w:tr>
      <w:tr>
        <w:tc>
          <w:tcPr>
            <w:tcW w:type="dxa" w:w="850"/>
          </w:tcPr>
          <w:p>
            <w:r>
              <w:t>21</w:t>
            </w:r>
          </w:p>
        </w:tc>
        <w:tc>
          <w:tcPr>
            <w:tcW w:type="dxa" w:w="2835"/>
          </w:tcPr>
          <w:p>
            <w:r>
              <w:t>sign</w:t>
            </w:r>
          </w:p>
        </w:tc>
        <w:tc>
          <w:tcPr>
            <w:tcW w:type="dxa" w:w="4535"/>
          </w:tcPr>
          <w:p>
            <w:r>
              <w:t>签名；标志</w:t>
            </w:r>
          </w:p>
        </w:tc>
      </w:tr>
      <w:tr>
        <w:tc>
          <w:tcPr>
            <w:tcW w:type="dxa" w:w="850"/>
          </w:tcPr>
          <w:p>
            <w:r>
              <w:t>22</w:t>
            </w:r>
          </w:p>
        </w:tc>
        <w:tc>
          <w:tcPr>
            <w:tcW w:type="dxa" w:w="2835"/>
          </w:tcPr>
          <w:p>
            <w:r>
              <w:t>ahead</w:t>
            </w:r>
          </w:p>
        </w:tc>
        <w:tc>
          <w:tcPr>
            <w:tcW w:type="dxa" w:w="4535"/>
          </w:tcPr>
          <w:p>
            <w:r>
              <w:t>提前；在前面</w:t>
            </w:r>
          </w:p>
        </w:tc>
      </w:tr>
      <w:tr>
        <w:tc>
          <w:tcPr>
            <w:tcW w:type="dxa" w:w="850"/>
          </w:tcPr>
          <w:p>
            <w:r>
              <w:t>23</w:t>
            </w:r>
          </w:p>
        </w:tc>
        <w:tc>
          <w:tcPr>
            <w:tcW w:type="dxa" w:w="2835"/>
          </w:tcPr>
          <w:p>
            <w:r>
              <w:t>professional</w:t>
            </w:r>
          </w:p>
        </w:tc>
        <w:tc>
          <w:tcPr>
            <w:tcW w:type="dxa" w:w="4535"/>
          </w:tcPr>
          <w:p>
            <w:r>
              <w:t>专业的</w:t>
            </w:r>
          </w:p>
        </w:tc>
      </w:tr>
      <w:tr>
        <w:tc>
          <w:tcPr>
            <w:tcW w:type="dxa" w:w="850"/>
          </w:tcPr>
          <w:p>
            <w:r>
              <w:t>24</w:t>
            </w:r>
          </w:p>
        </w:tc>
        <w:tc>
          <w:tcPr>
            <w:tcW w:type="dxa" w:w="2835"/>
          </w:tcPr>
          <w:p>
            <w:r>
              <w:t>preparation</w:t>
            </w:r>
          </w:p>
        </w:tc>
        <w:tc>
          <w:tcPr>
            <w:tcW w:type="dxa" w:w="4535"/>
          </w:tcPr>
          <w:p>
            <w:r>
              <w:t>准备</w:t>
            </w:r>
          </w:p>
        </w:tc>
      </w:tr>
      <w:tr>
        <w:tc>
          <w:tcPr>
            <w:tcW w:type="dxa" w:w="850"/>
          </w:tcPr>
          <w:p>
            <w:r>
              <w:t>25</w:t>
            </w:r>
          </w:p>
        </w:tc>
        <w:tc>
          <w:tcPr>
            <w:tcW w:type="dxa" w:w="2835"/>
          </w:tcPr>
          <w:p>
            <w:r>
              <w:t>interview</w:t>
            </w:r>
          </w:p>
        </w:tc>
        <w:tc>
          <w:tcPr>
            <w:tcW w:type="dxa" w:w="4535"/>
          </w:tcPr>
          <w:p>
            <w:r>
              <w:t>面试；采访</w:t>
            </w:r>
          </w:p>
        </w:tc>
      </w:tr>
      <w:tr>
        <w:tc>
          <w:tcPr>
            <w:tcW w:type="dxa" w:w="850"/>
          </w:tcPr>
          <w:p>
            <w:r>
              <w:t>26</w:t>
            </w:r>
          </w:p>
        </w:tc>
        <w:tc>
          <w:tcPr>
            <w:tcW w:type="dxa" w:w="2835"/>
          </w:tcPr>
          <w:p>
            <w:r>
              <w:t>apply</w:t>
            </w:r>
          </w:p>
        </w:tc>
        <w:tc>
          <w:tcPr>
            <w:tcW w:type="dxa" w:w="4535"/>
          </w:tcPr>
          <w:p>
            <w:r>
              <w:t>申请；适用</w:t>
            </w:r>
          </w:p>
        </w:tc>
      </w:tr>
      <w:tr>
        <w:tc>
          <w:tcPr>
            <w:tcW w:type="dxa" w:w="850"/>
          </w:tcPr>
          <w:p>
            <w:r>
              <w:t>27</w:t>
            </w:r>
          </w:p>
        </w:tc>
        <w:tc>
          <w:tcPr>
            <w:tcW w:type="dxa" w:w="2835"/>
          </w:tcPr>
          <w:p>
            <w:r>
              <w:t>throughout</w:t>
            </w:r>
          </w:p>
        </w:tc>
        <w:tc>
          <w:tcPr>
            <w:tcW w:type="dxa" w:w="4535"/>
          </w:tcPr>
          <w:p>
            <w:r>
              <w:t>贯穿，遍及</w:t>
            </w:r>
          </w:p>
        </w:tc>
      </w:tr>
      <w:tr>
        <w:tc>
          <w:tcPr>
            <w:tcW w:type="dxa" w:w="850"/>
          </w:tcPr>
          <w:p>
            <w:r>
              <w:t>28</w:t>
            </w:r>
          </w:p>
        </w:tc>
        <w:tc>
          <w:tcPr>
            <w:tcW w:type="dxa" w:w="2835"/>
          </w:tcPr>
          <w:p>
            <w:r>
              <w:t>position</w:t>
            </w:r>
          </w:p>
        </w:tc>
        <w:tc>
          <w:tcPr>
            <w:tcW w:type="dxa" w:w="4535"/>
          </w:tcPr>
          <w:p>
            <w:r>
              <w:t>职位；位置</w:t>
            </w:r>
          </w:p>
        </w:tc>
      </w:tr>
      <w:tr>
        <w:tc>
          <w:tcPr>
            <w:tcW w:type="dxa" w:w="850"/>
          </w:tcPr>
          <w:p>
            <w:r>
              <w:t>29</w:t>
            </w:r>
          </w:p>
        </w:tc>
        <w:tc>
          <w:tcPr>
            <w:tcW w:type="dxa" w:w="2835"/>
          </w:tcPr>
          <w:p>
            <w:r>
              <w:t>earn</w:t>
            </w:r>
          </w:p>
        </w:tc>
        <w:tc>
          <w:tcPr>
            <w:tcW w:type="dxa" w:w="4535"/>
          </w:tcPr>
          <w:p>
            <w:r>
              <w:t>赚得；赢得</w:t>
            </w:r>
          </w:p>
        </w:tc>
      </w:tr>
      <w:tr>
        <w:tc>
          <w:tcPr>
            <w:tcW w:type="dxa" w:w="850"/>
          </w:tcPr>
          <w:p>
            <w:r>
              <w:t>30</w:t>
            </w:r>
          </w:p>
        </w:tc>
        <w:tc>
          <w:tcPr>
            <w:tcW w:type="dxa" w:w="2835"/>
          </w:tcPr>
          <w:p>
            <w:r>
              <w:t>flexible</w:t>
            </w:r>
          </w:p>
        </w:tc>
        <w:tc>
          <w:tcPr>
            <w:tcW w:type="dxa" w:w="4535"/>
          </w:tcPr>
          <w:p>
            <w:r>
              <w:t>灵活的</w:t>
            </w:r>
          </w:p>
        </w:tc>
      </w:tr>
      <w:tr>
        <w:tc>
          <w:tcPr>
            <w:tcW w:type="dxa" w:w="850"/>
          </w:tcPr>
          <w:p>
            <w:r>
              <w:t>31</w:t>
            </w:r>
          </w:p>
        </w:tc>
        <w:tc>
          <w:tcPr>
            <w:tcW w:type="dxa" w:w="2835"/>
          </w:tcPr>
          <w:p>
            <w:r>
              <w:t>designated</w:t>
            </w:r>
          </w:p>
        </w:tc>
        <w:tc>
          <w:tcPr>
            <w:tcW w:type="dxa" w:w="4535"/>
          </w:tcPr>
          <w:p>
            <w:r>
              <w:t>指定的</w:t>
            </w:r>
          </w:p>
        </w:tc>
      </w:tr>
      <w:tr>
        <w:tc>
          <w:tcPr>
            <w:tcW w:type="dxa" w:w="850"/>
          </w:tcPr>
          <w:p>
            <w:r>
              <w:t>32</w:t>
            </w:r>
          </w:p>
        </w:tc>
        <w:tc>
          <w:tcPr>
            <w:tcW w:type="dxa" w:w="2835"/>
          </w:tcPr>
          <w:p>
            <w:r>
              <w:t>shuttle</w:t>
            </w:r>
          </w:p>
        </w:tc>
        <w:tc>
          <w:tcPr>
            <w:tcW w:type="dxa" w:w="4535"/>
          </w:tcPr>
          <w:p>
            <w:r>
              <w:t>班车</w:t>
            </w:r>
          </w:p>
        </w:tc>
      </w:tr>
      <w:tr>
        <w:tc>
          <w:tcPr>
            <w:tcW w:type="dxa" w:w="850"/>
          </w:tcPr>
          <w:p>
            <w:r>
              <w:t>33</w:t>
            </w:r>
          </w:p>
        </w:tc>
        <w:tc>
          <w:tcPr>
            <w:tcW w:type="dxa" w:w="2835"/>
          </w:tcPr>
          <w:p>
            <w:r>
              <w:t>construction</w:t>
            </w:r>
          </w:p>
        </w:tc>
        <w:tc>
          <w:tcPr>
            <w:tcW w:type="dxa" w:w="4535"/>
          </w:tcPr>
          <w:p>
            <w:r>
              <w:t>施工；建设</w:t>
            </w:r>
          </w:p>
        </w:tc>
      </w:tr>
      <w:tr>
        <w:tc>
          <w:tcPr>
            <w:tcW w:type="dxa" w:w="850"/>
          </w:tcPr>
          <w:p>
            <w:r>
              <w:t>34</w:t>
            </w:r>
          </w:p>
        </w:tc>
        <w:tc>
          <w:tcPr>
            <w:tcW w:type="dxa" w:w="2835"/>
          </w:tcPr>
          <w:p>
            <w:r>
              <w:t>however</w:t>
            </w:r>
          </w:p>
        </w:tc>
        <w:tc>
          <w:tcPr>
            <w:tcW w:type="dxa" w:w="4535"/>
          </w:tcPr>
          <w:p>
            <w:r>
              <w:t>然而</w:t>
            </w:r>
          </w:p>
        </w:tc>
      </w:tr>
      <w:tr>
        <w:tc>
          <w:tcPr>
            <w:tcW w:type="dxa" w:w="850"/>
          </w:tcPr>
          <w:p>
            <w:r>
              <w:t>35</w:t>
            </w:r>
          </w:p>
        </w:tc>
        <w:tc>
          <w:tcPr>
            <w:tcW w:type="dxa" w:w="2835"/>
          </w:tcPr>
          <w:p>
            <w:r>
              <w:t>click</w:t>
            </w:r>
          </w:p>
        </w:tc>
        <w:tc>
          <w:tcPr>
            <w:tcW w:type="dxa" w:w="4535"/>
          </w:tcPr>
          <w:p>
            <w:r>
              <w:t>点击</w:t>
            </w:r>
          </w:p>
        </w:tc>
      </w:tr>
      <w:tr>
        <w:tc>
          <w:tcPr>
            <w:tcW w:type="dxa" w:w="850"/>
          </w:tcPr>
          <w:p>
            <w:r>
              <w:t>36</w:t>
            </w:r>
          </w:p>
        </w:tc>
        <w:tc>
          <w:tcPr>
            <w:tcW w:type="dxa" w:w="2835"/>
          </w:tcPr>
          <w:p>
            <w:r>
              <w:t>space</w:t>
            </w:r>
          </w:p>
        </w:tc>
        <w:tc>
          <w:tcPr>
            <w:tcW w:type="dxa" w:w="4535"/>
          </w:tcPr>
          <w:p>
            <w:r>
              <w:t>空间</w:t>
            </w:r>
          </w:p>
        </w:tc>
      </w:tr>
      <w:tr>
        <w:tc>
          <w:tcPr>
            <w:tcW w:type="dxa" w:w="850"/>
          </w:tcPr>
          <w:p>
            <w:r>
              <w:t>37</w:t>
            </w:r>
          </w:p>
        </w:tc>
        <w:tc>
          <w:tcPr>
            <w:tcW w:type="dxa" w:w="2835"/>
          </w:tcPr>
          <w:p>
            <w:r>
              <w:t>series</w:t>
            </w:r>
          </w:p>
        </w:tc>
        <w:tc>
          <w:tcPr>
            <w:tcW w:type="dxa" w:w="4535"/>
          </w:tcPr>
          <w:p>
            <w:r>
              <w:t>系列</w:t>
            </w:r>
          </w:p>
        </w:tc>
      </w:tr>
      <w:tr>
        <w:tc>
          <w:tcPr>
            <w:tcW w:type="dxa" w:w="850"/>
          </w:tcPr>
          <w:p>
            <w:r>
              <w:t>38</w:t>
            </w:r>
          </w:p>
        </w:tc>
        <w:tc>
          <w:tcPr>
            <w:tcW w:type="dxa" w:w="2835"/>
          </w:tcPr>
          <w:p>
            <w:r>
              <w:t>seat</w:t>
            </w:r>
          </w:p>
        </w:tc>
        <w:tc>
          <w:tcPr>
            <w:tcW w:type="dxa" w:w="4535"/>
          </w:tcPr>
          <w:p>
            <w:r>
              <w:t>座位</w:t>
            </w:r>
          </w:p>
        </w:tc>
      </w:tr>
      <w:tr>
        <w:tc>
          <w:tcPr>
            <w:tcW w:type="dxa" w:w="850"/>
          </w:tcPr>
          <w:p>
            <w:r>
              <w:t>39</w:t>
            </w:r>
          </w:p>
        </w:tc>
        <w:tc>
          <w:tcPr>
            <w:tcW w:type="dxa" w:w="2835"/>
          </w:tcPr>
          <w:p>
            <w:r>
              <w:t>term</w:t>
            </w:r>
          </w:p>
        </w:tc>
        <w:tc>
          <w:tcPr>
            <w:tcW w:type="dxa" w:w="4535"/>
          </w:tcPr>
          <w:p>
            <w:r>
              <w:t>学期；术语</w:t>
            </w:r>
          </w:p>
        </w:tc>
      </w:tr>
      <w:tr>
        <w:tc>
          <w:tcPr>
            <w:tcW w:type="dxa" w:w="850"/>
          </w:tcPr>
          <w:p>
            <w:r>
              <w:t>40</w:t>
            </w:r>
          </w:p>
        </w:tc>
        <w:tc>
          <w:tcPr>
            <w:tcW w:type="dxa" w:w="2835"/>
          </w:tcPr>
          <w:p>
            <w:r>
              <w:t>tutor</w:t>
            </w:r>
          </w:p>
        </w:tc>
        <w:tc>
          <w:tcPr>
            <w:tcW w:type="dxa" w:w="4535"/>
          </w:tcPr>
          <w:p>
            <w:r>
              <w:t>辅导老师；辅导</w:t>
            </w:r>
          </w:p>
        </w:tc>
      </w:tr>
      <w:tr>
        <w:tc>
          <w:tcPr>
            <w:tcW w:type="dxa" w:w="850"/>
          </w:tcPr>
          <w:p>
            <w:r>
              <w:t>41</w:t>
            </w:r>
          </w:p>
        </w:tc>
        <w:tc>
          <w:tcPr>
            <w:tcW w:type="dxa" w:w="2835"/>
          </w:tcPr>
          <w:p>
            <w:r>
              <w:t>survey</w:t>
            </w:r>
          </w:p>
        </w:tc>
        <w:tc>
          <w:tcPr>
            <w:tcW w:type="dxa" w:w="4535"/>
          </w:tcPr>
          <w:p>
            <w:r>
              <w:t>调查</w:t>
            </w:r>
          </w:p>
        </w:tc>
      </w:tr>
      <w:tr>
        <w:tc>
          <w:tcPr>
            <w:tcW w:type="dxa" w:w="850"/>
          </w:tcPr>
          <w:p>
            <w:r>
              <w:t>42</w:t>
            </w:r>
          </w:p>
        </w:tc>
        <w:tc>
          <w:tcPr>
            <w:tcW w:type="dxa" w:w="2835"/>
          </w:tcPr>
          <w:p>
            <w:r>
              <w:t>alert</w:t>
            </w:r>
          </w:p>
        </w:tc>
        <w:tc>
          <w:tcPr>
            <w:tcW w:type="dxa" w:w="4535"/>
          </w:tcPr>
          <w:p>
            <w:r>
              <w:t>警报；警觉的</w:t>
            </w:r>
          </w:p>
        </w:tc>
      </w:tr>
      <w:tr>
        <w:tc>
          <w:tcPr>
            <w:tcW w:type="dxa" w:w="850"/>
          </w:tcPr>
          <w:p>
            <w:r>
              <w:t>43</w:t>
            </w:r>
          </w:p>
        </w:tc>
        <w:tc>
          <w:tcPr>
            <w:tcW w:type="dxa" w:w="2835"/>
          </w:tcPr>
          <w:p>
            <w:r>
              <w:t>composting</w:t>
            </w:r>
          </w:p>
        </w:tc>
        <w:tc>
          <w:tcPr>
            <w:tcW w:type="dxa" w:w="4535"/>
          </w:tcPr>
          <w:p>
            <w:r>
              <w:t>堆肥</w:t>
            </w:r>
          </w:p>
        </w:tc>
      </w:tr>
      <w:tr>
        <w:tc>
          <w:tcPr>
            <w:tcW w:type="dxa" w:w="850"/>
          </w:tcPr>
          <w:p>
            <w:r>
              <w:t>44</w:t>
            </w:r>
          </w:p>
        </w:tc>
        <w:tc>
          <w:tcPr>
            <w:tcW w:type="dxa" w:w="2835"/>
          </w:tcPr>
          <w:p>
            <w:r>
              <w:t>strategy</w:t>
            </w:r>
          </w:p>
        </w:tc>
        <w:tc>
          <w:tcPr>
            <w:tcW w:type="dxa" w:w="4535"/>
          </w:tcPr>
          <w:p>
            <w:r>
              <w:t>策略</w:t>
            </w:r>
          </w:p>
        </w:tc>
      </w:tr>
      <w:tr>
        <w:tc>
          <w:tcPr>
            <w:tcW w:type="dxa" w:w="850"/>
          </w:tcPr>
          <w:p>
            <w:r>
              <w:t>45</w:t>
            </w:r>
          </w:p>
        </w:tc>
        <w:tc>
          <w:tcPr>
            <w:tcW w:type="dxa" w:w="2835"/>
          </w:tcPr>
          <w:p>
            <w:r>
              <w:t>bookstore</w:t>
            </w:r>
          </w:p>
        </w:tc>
        <w:tc>
          <w:tcPr>
            <w:tcW w:type="dxa" w:w="4535"/>
          </w:tcPr>
          <w:p>
            <w:r>
              <w:t>书店</w:t>
            </w:r>
          </w:p>
        </w:tc>
      </w:tr>
      <w:tr>
        <w:tc>
          <w:tcPr>
            <w:tcW w:type="dxa" w:w="850"/>
          </w:tcPr>
          <w:p>
            <w:r>
              <w:t>46</w:t>
            </w:r>
          </w:p>
        </w:tc>
        <w:tc>
          <w:tcPr>
            <w:tcW w:type="dxa" w:w="2835"/>
          </w:tcPr>
          <w:p>
            <w:r>
              <w:t>definitely</w:t>
            </w:r>
          </w:p>
        </w:tc>
        <w:tc>
          <w:tcPr>
            <w:tcW w:type="dxa" w:w="4535"/>
          </w:tcPr>
          <w:p>
            <w:r>
              <w:t>肯定地</w:t>
            </w:r>
          </w:p>
        </w:tc>
      </w:tr>
      <w:tr>
        <w:tc>
          <w:tcPr>
            <w:tcW w:type="dxa" w:w="850"/>
          </w:tcPr>
          <w:p>
            <w:r>
              <w:t>47</w:t>
            </w:r>
          </w:p>
        </w:tc>
        <w:tc>
          <w:tcPr>
            <w:tcW w:type="dxa" w:w="2835"/>
          </w:tcPr>
          <w:p>
            <w:r>
              <w:t>near</w:t>
            </w:r>
          </w:p>
        </w:tc>
        <w:tc>
          <w:tcPr>
            <w:tcW w:type="dxa" w:w="4535"/>
          </w:tcPr>
          <w:p>
            <w:r>
              <w:t>靠近</w:t>
            </w:r>
          </w:p>
        </w:tc>
      </w:tr>
      <w:tr>
        <w:tc>
          <w:tcPr>
            <w:tcW w:type="dxa" w:w="850"/>
          </w:tcPr>
          <w:p>
            <w:r>
              <w:t>48</w:t>
            </w:r>
          </w:p>
        </w:tc>
        <w:tc>
          <w:tcPr>
            <w:tcW w:type="dxa" w:w="2835"/>
          </w:tcPr>
          <w:p>
            <w:r>
              <w:t>awesome</w:t>
            </w:r>
          </w:p>
        </w:tc>
        <w:tc>
          <w:tcPr>
            <w:tcW w:type="dxa" w:w="4535"/>
          </w:tcPr>
          <w:p>
            <w:r>
              <w:t>极好的</w:t>
            </w:r>
          </w:p>
        </w:tc>
      </w:tr>
      <w:tr>
        <w:tc>
          <w:tcPr>
            <w:tcW w:type="dxa" w:w="850"/>
          </w:tcPr>
          <w:p>
            <w:r>
              <w:t>49</w:t>
            </w:r>
          </w:p>
        </w:tc>
        <w:tc>
          <w:tcPr>
            <w:tcW w:type="dxa" w:w="2835"/>
          </w:tcPr>
          <w:p>
            <w:r>
              <w:t>exhibit</w:t>
            </w:r>
          </w:p>
        </w:tc>
        <w:tc>
          <w:tcPr>
            <w:tcW w:type="dxa" w:w="4535"/>
          </w:tcPr>
          <w:p>
            <w:r>
              <w:t>展览</w:t>
            </w:r>
          </w:p>
        </w:tc>
      </w:tr>
      <w:tr>
        <w:tc>
          <w:tcPr>
            <w:tcW w:type="dxa" w:w="850"/>
          </w:tcPr>
          <w:p>
            <w:r>
              <w:t>50</w:t>
            </w:r>
          </w:p>
        </w:tc>
        <w:tc>
          <w:tcPr>
            <w:tcW w:type="dxa" w:w="2835"/>
          </w:tcPr>
          <w:p>
            <w:r>
              <w:t>concert</w:t>
            </w:r>
          </w:p>
        </w:tc>
        <w:tc>
          <w:tcPr>
            <w:tcW w:type="dxa" w:w="4535"/>
          </w:tcPr>
          <w:p>
            <w:r>
              <w:t>音乐会</w:t>
            </w:r>
          </w:p>
        </w:tc>
      </w:tr>
    </w:tbl>
    <w:p/>
    <w:p>
      <w:pPr>
        <w:pStyle w:val="Heading1"/>
      </w:pPr>
      <w:r>
        <w:t>第6组（sense → mural）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850"/>
          </w:tcPr>
          <w:p>
            <w:r>
              <w:t>序号</w:t>
            </w:r>
          </w:p>
        </w:tc>
        <w:tc>
          <w:tcPr>
            <w:tcW w:type="dxa" w:w="2835"/>
          </w:tcPr>
          <w:p>
            <w:r>
              <w:t>英文单词</w:t>
            </w:r>
          </w:p>
        </w:tc>
        <w:tc>
          <w:tcPr>
            <w:tcW w:type="dxa" w:w="4535"/>
          </w:tcPr>
          <w:p>
            <w:r>
              <w:t>中文释义</w:t>
            </w:r>
          </w:p>
        </w:tc>
      </w:tr>
      <w:tr>
        <w:tc>
          <w:tcPr>
            <w:tcW w:type="dxa" w:w="850"/>
          </w:tcPr>
          <w:p>
            <w:r>
              <w:t>1</w:t>
            </w:r>
          </w:p>
        </w:tc>
        <w:tc>
          <w:tcPr>
            <w:tcW w:type="dxa" w:w="2835"/>
          </w:tcPr>
          <w:p>
            <w:r>
              <w:t>sense</w:t>
            </w:r>
          </w:p>
        </w:tc>
        <w:tc>
          <w:tcPr>
            <w:tcW w:type="dxa" w:w="4535"/>
          </w:tcPr>
          <w:p>
            <w:r>
              <w:t>感觉；意义</w:t>
            </w:r>
          </w:p>
        </w:tc>
      </w:tr>
      <w:tr>
        <w:tc>
          <w:tcPr>
            <w:tcW w:type="dxa" w:w="850"/>
          </w:tcPr>
          <w:p>
            <w:r>
              <w:t>2</w:t>
            </w:r>
          </w:p>
        </w:tc>
        <w:tc>
          <w:tcPr>
            <w:tcW w:type="dxa" w:w="2835"/>
          </w:tcPr>
          <w:p>
            <w:r>
              <w:t>museum</w:t>
            </w:r>
          </w:p>
        </w:tc>
        <w:tc>
          <w:tcPr>
            <w:tcW w:type="dxa" w:w="4535"/>
          </w:tcPr>
          <w:p>
            <w:r>
              <w:t>博物馆</w:t>
            </w:r>
          </w:p>
        </w:tc>
      </w:tr>
      <w:tr>
        <w:tc>
          <w:tcPr>
            <w:tcW w:type="dxa" w:w="850"/>
          </w:tcPr>
          <w:p>
            <w:r>
              <w:t>3</w:t>
            </w:r>
          </w:p>
        </w:tc>
        <w:tc>
          <w:tcPr>
            <w:tcW w:type="dxa" w:w="2835"/>
          </w:tcPr>
          <w:p>
            <w:r>
              <w:t>stage</w:t>
            </w:r>
          </w:p>
        </w:tc>
        <w:tc>
          <w:tcPr>
            <w:tcW w:type="dxa" w:w="4535"/>
          </w:tcPr>
          <w:p>
            <w:r>
              <w:t>舞台</w:t>
            </w:r>
          </w:p>
        </w:tc>
      </w:tr>
      <w:tr>
        <w:tc>
          <w:tcPr>
            <w:tcW w:type="dxa" w:w="850"/>
          </w:tcPr>
          <w:p>
            <w:r>
              <w:t>4</w:t>
            </w:r>
          </w:p>
        </w:tc>
        <w:tc>
          <w:tcPr>
            <w:tcW w:type="dxa" w:w="2835"/>
          </w:tcPr>
          <w:p>
            <w:r>
              <w:t>honestly</w:t>
            </w:r>
          </w:p>
        </w:tc>
        <w:tc>
          <w:tcPr>
            <w:tcW w:type="dxa" w:w="4535"/>
          </w:tcPr>
          <w:p>
            <w:r>
              <w:t>诚实地</w:t>
            </w:r>
          </w:p>
        </w:tc>
      </w:tr>
      <w:tr>
        <w:tc>
          <w:tcPr>
            <w:tcW w:type="dxa" w:w="850"/>
          </w:tcPr>
          <w:p>
            <w:r>
              <w:t>5</w:t>
            </w:r>
          </w:p>
        </w:tc>
        <w:tc>
          <w:tcPr>
            <w:tcW w:type="dxa" w:w="2835"/>
          </w:tcPr>
          <w:p>
            <w:r>
              <w:t>amazing</w:t>
            </w:r>
          </w:p>
        </w:tc>
        <w:tc>
          <w:tcPr>
            <w:tcW w:type="dxa" w:w="4535"/>
          </w:tcPr>
          <w:p>
            <w:r>
              <w:t>令人惊叹的</w:t>
            </w:r>
          </w:p>
        </w:tc>
      </w:tr>
      <w:tr>
        <w:tc>
          <w:tcPr>
            <w:tcW w:type="dxa" w:w="850"/>
          </w:tcPr>
          <w:p>
            <w:r>
              <w:t>6</w:t>
            </w:r>
          </w:p>
        </w:tc>
        <w:tc>
          <w:tcPr>
            <w:tcW w:type="dxa" w:w="2835"/>
          </w:tcPr>
          <w:p>
            <w:r>
              <w:t>blanket</w:t>
            </w:r>
          </w:p>
        </w:tc>
        <w:tc>
          <w:tcPr>
            <w:tcW w:type="dxa" w:w="4535"/>
          </w:tcPr>
          <w:p>
            <w:r>
              <w:t>毯子</w:t>
            </w:r>
          </w:p>
        </w:tc>
      </w:tr>
      <w:tr>
        <w:tc>
          <w:tcPr>
            <w:tcW w:type="dxa" w:w="850"/>
          </w:tcPr>
          <w:p>
            <w:r>
              <w:t>7</w:t>
            </w:r>
          </w:p>
        </w:tc>
        <w:tc>
          <w:tcPr>
            <w:tcW w:type="dxa" w:w="2835"/>
          </w:tcPr>
          <w:p>
            <w:r>
              <w:t>paint</w:t>
            </w:r>
          </w:p>
        </w:tc>
        <w:tc>
          <w:tcPr>
            <w:tcW w:type="dxa" w:w="4535"/>
          </w:tcPr>
          <w:p>
            <w:r>
              <w:t>油漆；绘画</w:t>
            </w:r>
          </w:p>
        </w:tc>
      </w:tr>
      <w:tr>
        <w:tc>
          <w:tcPr>
            <w:tcW w:type="dxa" w:w="850"/>
          </w:tcPr>
          <w:p>
            <w:r>
              <w:t>8</w:t>
            </w:r>
          </w:p>
        </w:tc>
        <w:tc>
          <w:tcPr>
            <w:tcW w:type="dxa" w:w="2835"/>
          </w:tcPr>
          <w:p>
            <w:r>
              <w:t>mostly</w:t>
            </w:r>
          </w:p>
        </w:tc>
        <w:tc>
          <w:tcPr>
            <w:tcW w:type="dxa" w:w="4535"/>
          </w:tcPr>
          <w:p>
            <w:r>
              <w:t>大部分，主要地</w:t>
            </w:r>
          </w:p>
        </w:tc>
      </w:tr>
      <w:tr>
        <w:tc>
          <w:tcPr>
            <w:tcW w:type="dxa" w:w="850"/>
          </w:tcPr>
          <w:p>
            <w:r>
              <w:t>9</w:t>
            </w:r>
          </w:p>
        </w:tc>
        <w:tc>
          <w:tcPr>
            <w:tcW w:type="dxa" w:w="2835"/>
          </w:tcPr>
          <w:p>
            <w:r>
              <w:t>worth</w:t>
            </w:r>
          </w:p>
        </w:tc>
        <w:tc>
          <w:tcPr>
            <w:tcW w:type="dxa" w:w="4535"/>
          </w:tcPr>
          <w:p>
            <w:r>
              <w:t>值得</w:t>
            </w:r>
          </w:p>
        </w:tc>
      </w:tr>
      <w:tr>
        <w:tc>
          <w:tcPr>
            <w:tcW w:type="dxa" w:w="850"/>
          </w:tcPr>
          <w:p>
            <w:r>
              <w:t>10</w:t>
            </w:r>
          </w:p>
        </w:tc>
        <w:tc>
          <w:tcPr>
            <w:tcW w:type="dxa" w:w="2835"/>
          </w:tcPr>
          <w:p>
            <w:r>
              <w:t>skill</w:t>
            </w:r>
          </w:p>
        </w:tc>
        <w:tc>
          <w:tcPr>
            <w:tcW w:type="dxa" w:w="4535"/>
          </w:tcPr>
          <w:p>
            <w:r>
              <w:t>技能</w:t>
            </w:r>
          </w:p>
        </w:tc>
      </w:tr>
      <w:tr>
        <w:tc>
          <w:tcPr>
            <w:tcW w:type="dxa" w:w="850"/>
          </w:tcPr>
          <w:p>
            <w:r>
              <w:t>11</w:t>
            </w:r>
          </w:p>
        </w:tc>
        <w:tc>
          <w:tcPr>
            <w:tcW w:type="dxa" w:w="2835"/>
          </w:tcPr>
          <w:p>
            <w:r>
              <w:t>favorite</w:t>
            </w:r>
          </w:p>
        </w:tc>
        <w:tc>
          <w:tcPr>
            <w:tcW w:type="dxa" w:w="4535"/>
          </w:tcPr>
          <w:p>
            <w:r>
              <w:t>最喜爱的</w:t>
            </w:r>
          </w:p>
        </w:tc>
      </w:tr>
      <w:tr>
        <w:tc>
          <w:tcPr>
            <w:tcW w:type="dxa" w:w="850"/>
          </w:tcPr>
          <w:p>
            <w:r>
              <w:t>12</w:t>
            </w:r>
          </w:p>
        </w:tc>
        <w:tc>
          <w:tcPr>
            <w:tcW w:type="dxa" w:w="2835"/>
          </w:tcPr>
          <w:p>
            <w:r>
              <w:t>talented</w:t>
            </w:r>
          </w:p>
        </w:tc>
        <w:tc>
          <w:tcPr>
            <w:tcW w:type="dxa" w:w="4535"/>
          </w:tcPr>
          <w:p>
            <w:r>
              <w:t>有天赋的</w:t>
            </w:r>
          </w:p>
        </w:tc>
      </w:tr>
      <w:tr>
        <w:tc>
          <w:tcPr>
            <w:tcW w:type="dxa" w:w="850"/>
          </w:tcPr>
          <w:p>
            <w:r>
              <w:t>13</w:t>
            </w:r>
          </w:p>
        </w:tc>
        <w:tc>
          <w:tcPr>
            <w:tcW w:type="dxa" w:w="2835"/>
          </w:tcPr>
          <w:p>
            <w:r>
              <w:t>hobby</w:t>
            </w:r>
          </w:p>
        </w:tc>
        <w:tc>
          <w:tcPr>
            <w:tcW w:type="dxa" w:w="4535"/>
          </w:tcPr>
          <w:p>
            <w:r>
              <w:t>爱好</w:t>
            </w:r>
          </w:p>
        </w:tc>
      </w:tr>
      <w:tr>
        <w:tc>
          <w:tcPr>
            <w:tcW w:type="dxa" w:w="850"/>
          </w:tcPr>
          <w:p>
            <w:r>
              <w:t>14</w:t>
            </w:r>
          </w:p>
        </w:tc>
        <w:tc>
          <w:tcPr>
            <w:tcW w:type="dxa" w:w="2835"/>
          </w:tcPr>
          <w:p>
            <w:r>
              <w:t>ones</w:t>
            </w:r>
          </w:p>
        </w:tc>
        <w:tc>
          <w:tcPr>
            <w:tcW w:type="dxa" w:w="4535"/>
          </w:tcPr>
          <w:p>
            <w:r>
              <w:t>(代词复数)那些人/物</w:t>
            </w:r>
          </w:p>
        </w:tc>
      </w:tr>
      <w:tr>
        <w:tc>
          <w:tcPr>
            <w:tcW w:type="dxa" w:w="850"/>
          </w:tcPr>
          <w:p>
            <w:r>
              <w:t>15</w:t>
            </w:r>
          </w:p>
        </w:tc>
        <w:tc>
          <w:tcPr>
            <w:tcW w:type="dxa" w:w="2835"/>
          </w:tcPr>
          <w:p>
            <w:r>
              <w:t>organize</w:t>
            </w:r>
          </w:p>
        </w:tc>
        <w:tc>
          <w:tcPr>
            <w:tcW w:type="dxa" w:w="4535"/>
          </w:tcPr>
          <w:p>
            <w:r>
              <w:t>组织</w:t>
            </w:r>
          </w:p>
        </w:tc>
      </w:tr>
      <w:tr>
        <w:tc>
          <w:tcPr>
            <w:tcW w:type="dxa" w:w="850"/>
          </w:tcPr>
          <w:p>
            <w:r>
              <w:t>16</w:t>
            </w:r>
          </w:p>
        </w:tc>
        <w:tc>
          <w:tcPr>
            <w:tcW w:type="dxa" w:w="2835"/>
          </w:tcPr>
          <w:p>
            <w:r>
              <w:t>outdoor</w:t>
            </w:r>
          </w:p>
        </w:tc>
        <w:tc>
          <w:tcPr>
            <w:tcW w:type="dxa" w:w="4535"/>
          </w:tcPr>
          <w:p>
            <w:r>
              <w:t>户外的</w:t>
            </w:r>
          </w:p>
        </w:tc>
      </w:tr>
      <w:tr>
        <w:tc>
          <w:tcPr>
            <w:tcW w:type="dxa" w:w="850"/>
          </w:tcPr>
          <w:p>
            <w:r>
              <w:t>17</w:t>
            </w:r>
          </w:p>
        </w:tc>
        <w:tc>
          <w:tcPr>
            <w:tcW w:type="dxa" w:w="2835"/>
          </w:tcPr>
          <w:p>
            <w:r>
              <w:t>gallery</w:t>
            </w:r>
          </w:p>
        </w:tc>
        <w:tc>
          <w:tcPr>
            <w:tcW w:type="dxa" w:w="4535"/>
          </w:tcPr>
          <w:p>
            <w:r>
              <w:t>画廊，美术馆</w:t>
            </w:r>
          </w:p>
        </w:tc>
      </w:tr>
      <w:tr>
        <w:tc>
          <w:tcPr>
            <w:tcW w:type="dxa" w:w="850"/>
          </w:tcPr>
          <w:p>
            <w:r>
              <w:t>18</w:t>
            </w:r>
          </w:p>
        </w:tc>
        <w:tc>
          <w:tcPr>
            <w:tcW w:type="dxa" w:w="2835"/>
          </w:tcPr>
          <w:p>
            <w:r>
              <w:t>techniques</w:t>
            </w:r>
          </w:p>
        </w:tc>
        <w:tc>
          <w:tcPr>
            <w:tcW w:type="dxa" w:w="4535"/>
          </w:tcPr>
          <w:p>
            <w:r>
              <w:t>技巧，技法</w:t>
            </w:r>
          </w:p>
        </w:tc>
      </w:tr>
      <w:tr>
        <w:tc>
          <w:tcPr>
            <w:tcW w:type="dxa" w:w="850"/>
          </w:tcPr>
          <w:p>
            <w:r>
              <w:t>19</w:t>
            </w:r>
          </w:p>
        </w:tc>
        <w:tc>
          <w:tcPr>
            <w:tcW w:type="dxa" w:w="2835"/>
          </w:tcPr>
          <w:p>
            <w:r>
              <w:t>beginner</w:t>
            </w:r>
          </w:p>
        </w:tc>
        <w:tc>
          <w:tcPr>
            <w:tcW w:type="dxa" w:w="4535"/>
          </w:tcPr>
          <w:p>
            <w:r>
              <w:t>初学者</w:t>
            </w:r>
          </w:p>
        </w:tc>
      </w:tr>
      <w:tr>
        <w:tc>
          <w:tcPr>
            <w:tcW w:type="dxa" w:w="850"/>
          </w:tcPr>
          <w:p>
            <w:r>
              <w:t>20</w:t>
            </w:r>
          </w:p>
        </w:tc>
        <w:tc>
          <w:tcPr>
            <w:tcW w:type="dxa" w:w="2835"/>
          </w:tcPr>
          <w:p>
            <w:r>
              <w:t>fantastic</w:t>
            </w:r>
          </w:p>
        </w:tc>
        <w:tc>
          <w:tcPr>
            <w:tcW w:type="dxa" w:w="4535"/>
          </w:tcPr>
          <w:p>
            <w:r>
              <w:t>极好的</w:t>
            </w:r>
          </w:p>
        </w:tc>
      </w:tr>
      <w:tr>
        <w:tc>
          <w:tcPr>
            <w:tcW w:type="dxa" w:w="850"/>
          </w:tcPr>
          <w:p>
            <w:r>
              <w:t>21</w:t>
            </w:r>
          </w:p>
        </w:tc>
        <w:tc>
          <w:tcPr>
            <w:tcW w:type="dxa" w:w="2835"/>
          </w:tcPr>
          <w:p>
            <w:r>
              <w:t>frustrating</w:t>
            </w:r>
          </w:p>
        </w:tc>
        <w:tc>
          <w:tcPr>
            <w:tcW w:type="dxa" w:w="4535"/>
          </w:tcPr>
          <w:p>
            <w:r>
              <w:t>令人沮丧的</w:t>
            </w:r>
          </w:p>
        </w:tc>
      </w:tr>
      <w:tr>
        <w:tc>
          <w:tcPr>
            <w:tcW w:type="dxa" w:w="850"/>
          </w:tcPr>
          <w:p>
            <w:r>
              <w:t>22</w:t>
            </w:r>
          </w:p>
        </w:tc>
        <w:tc>
          <w:tcPr>
            <w:tcW w:type="dxa" w:w="2835"/>
          </w:tcPr>
          <w:p>
            <w:r>
              <w:t>orchestra</w:t>
            </w:r>
          </w:p>
        </w:tc>
        <w:tc>
          <w:tcPr>
            <w:tcW w:type="dxa" w:w="4535"/>
          </w:tcPr>
          <w:p>
            <w:r>
              <w:t>管弦乐队</w:t>
            </w:r>
          </w:p>
        </w:tc>
      </w:tr>
      <w:tr>
        <w:tc>
          <w:tcPr>
            <w:tcW w:type="dxa" w:w="850"/>
          </w:tcPr>
          <w:p>
            <w:r>
              <w:t>23</w:t>
            </w:r>
          </w:p>
        </w:tc>
        <w:tc>
          <w:tcPr>
            <w:tcW w:type="dxa" w:w="2835"/>
          </w:tcPr>
          <w:p>
            <w:r>
              <w:t>fan</w:t>
            </w:r>
          </w:p>
        </w:tc>
        <w:tc>
          <w:tcPr>
            <w:tcW w:type="dxa" w:w="4535"/>
          </w:tcPr>
          <w:p>
            <w:r>
              <w:t>粉丝；风扇</w:t>
            </w:r>
          </w:p>
        </w:tc>
      </w:tr>
      <w:tr>
        <w:tc>
          <w:tcPr>
            <w:tcW w:type="dxa" w:w="850"/>
          </w:tcPr>
          <w:p>
            <w:r>
              <w:t>24</w:t>
            </w:r>
          </w:p>
        </w:tc>
        <w:tc>
          <w:tcPr>
            <w:tcW w:type="dxa" w:w="2835"/>
          </w:tcPr>
          <w:p>
            <w:r>
              <w:t>classical</w:t>
            </w:r>
          </w:p>
        </w:tc>
        <w:tc>
          <w:tcPr>
            <w:tcW w:type="dxa" w:w="4535"/>
          </w:tcPr>
          <w:p>
            <w:r>
              <w:t>古典的</w:t>
            </w:r>
          </w:p>
        </w:tc>
      </w:tr>
      <w:tr>
        <w:tc>
          <w:tcPr>
            <w:tcW w:type="dxa" w:w="850"/>
          </w:tcPr>
          <w:p>
            <w:r>
              <w:t>25</w:t>
            </w:r>
          </w:p>
        </w:tc>
        <w:tc>
          <w:tcPr>
            <w:tcW w:type="dxa" w:w="2835"/>
          </w:tcPr>
          <w:p>
            <w:r>
              <w:t>grass</w:t>
            </w:r>
          </w:p>
        </w:tc>
        <w:tc>
          <w:tcPr>
            <w:tcW w:type="dxa" w:w="4535"/>
          </w:tcPr>
          <w:p>
            <w:r>
              <w:t>草地</w:t>
            </w:r>
          </w:p>
        </w:tc>
      </w:tr>
      <w:tr>
        <w:tc>
          <w:tcPr>
            <w:tcW w:type="dxa" w:w="850"/>
          </w:tcPr>
          <w:p>
            <w:r>
              <w:t>26</w:t>
            </w:r>
          </w:p>
        </w:tc>
        <w:tc>
          <w:tcPr>
            <w:tcW w:type="dxa" w:w="2835"/>
          </w:tcPr>
          <w:p>
            <w:r>
              <w:t>farther</w:t>
            </w:r>
          </w:p>
        </w:tc>
        <w:tc>
          <w:tcPr>
            <w:tcW w:type="dxa" w:w="4535"/>
          </w:tcPr>
          <w:p>
            <w:r>
              <w:t>更远的</w:t>
            </w:r>
          </w:p>
        </w:tc>
      </w:tr>
      <w:tr>
        <w:tc>
          <w:tcPr>
            <w:tcW w:type="dxa" w:w="850"/>
          </w:tcPr>
          <w:p>
            <w:r>
              <w:t>27</w:t>
            </w:r>
          </w:p>
        </w:tc>
        <w:tc>
          <w:tcPr>
            <w:tcW w:type="dxa" w:w="2835"/>
          </w:tcPr>
          <w:p>
            <w:r>
              <w:t>display</w:t>
            </w:r>
          </w:p>
        </w:tc>
        <w:tc>
          <w:tcPr>
            <w:tcW w:type="dxa" w:w="4535"/>
          </w:tcPr>
          <w:p>
            <w:r>
              <w:t>展示</w:t>
            </w:r>
          </w:p>
        </w:tc>
      </w:tr>
      <w:tr>
        <w:tc>
          <w:tcPr>
            <w:tcW w:type="dxa" w:w="850"/>
          </w:tcPr>
          <w:p>
            <w:r>
              <w:t>28</w:t>
            </w:r>
          </w:p>
        </w:tc>
        <w:tc>
          <w:tcPr>
            <w:tcW w:type="dxa" w:w="2835"/>
          </w:tcPr>
          <w:p>
            <w:r>
              <w:t>review</w:t>
            </w:r>
          </w:p>
        </w:tc>
        <w:tc>
          <w:tcPr>
            <w:tcW w:type="dxa" w:w="4535"/>
          </w:tcPr>
          <w:p>
            <w:r>
              <w:t>复习；评论</w:t>
            </w:r>
          </w:p>
        </w:tc>
      </w:tr>
      <w:tr>
        <w:tc>
          <w:tcPr>
            <w:tcW w:type="dxa" w:w="850"/>
          </w:tcPr>
          <w:p>
            <w:r>
              <w:t>29</w:t>
            </w:r>
          </w:p>
        </w:tc>
        <w:tc>
          <w:tcPr>
            <w:tcW w:type="dxa" w:w="2835"/>
          </w:tcPr>
          <w:p>
            <w:r>
              <w:t>band</w:t>
            </w:r>
          </w:p>
        </w:tc>
        <w:tc>
          <w:tcPr>
            <w:tcW w:type="dxa" w:w="4535"/>
          </w:tcPr>
          <w:p>
            <w:r>
              <w:t>乐队</w:t>
            </w:r>
          </w:p>
        </w:tc>
      </w:tr>
      <w:tr>
        <w:tc>
          <w:tcPr>
            <w:tcW w:type="dxa" w:w="850"/>
          </w:tcPr>
          <w:p>
            <w:r>
              <w:t>30</w:t>
            </w:r>
          </w:p>
        </w:tc>
        <w:tc>
          <w:tcPr>
            <w:tcW w:type="dxa" w:w="2835"/>
          </w:tcPr>
          <w:p>
            <w:r>
              <w:t>sculpture</w:t>
            </w:r>
          </w:p>
        </w:tc>
        <w:tc>
          <w:tcPr>
            <w:tcW w:type="dxa" w:w="4535"/>
          </w:tcPr>
          <w:p>
            <w:r>
              <w:t>雕塑</w:t>
            </w:r>
          </w:p>
        </w:tc>
      </w:tr>
      <w:tr>
        <w:tc>
          <w:tcPr>
            <w:tcW w:type="dxa" w:w="850"/>
          </w:tcPr>
          <w:p>
            <w:r>
              <w:t>31</w:t>
            </w:r>
          </w:p>
        </w:tc>
        <w:tc>
          <w:tcPr>
            <w:tcW w:type="dxa" w:w="2835"/>
          </w:tcPr>
          <w:p>
            <w:r>
              <w:t>creative</w:t>
            </w:r>
          </w:p>
        </w:tc>
        <w:tc>
          <w:tcPr>
            <w:tcW w:type="dxa" w:w="4535"/>
          </w:tcPr>
          <w:p>
            <w:r>
              <w:t>有创造力的</w:t>
            </w:r>
          </w:p>
        </w:tc>
      </w:tr>
      <w:tr>
        <w:tc>
          <w:tcPr>
            <w:tcW w:type="dxa" w:w="850"/>
          </w:tcPr>
          <w:p>
            <w:r>
              <w:t>32</w:t>
            </w:r>
          </w:p>
        </w:tc>
        <w:tc>
          <w:tcPr>
            <w:tcW w:type="dxa" w:w="2835"/>
          </w:tcPr>
          <w:p>
            <w:r>
              <w:t>forecast</w:t>
            </w:r>
          </w:p>
        </w:tc>
        <w:tc>
          <w:tcPr>
            <w:tcW w:type="dxa" w:w="4535"/>
          </w:tcPr>
          <w:p>
            <w:r>
              <w:t>预报</w:t>
            </w:r>
          </w:p>
        </w:tc>
      </w:tr>
      <w:tr>
        <w:tc>
          <w:tcPr>
            <w:tcW w:type="dxa" w:w="850"/>
          </w:tcPr>
          <w:p>
            <w:r>
              <w:t>33</w:t>
            </w:r>
          </w:p>
        </w:tc>
        <w:tc>
          <w:tcPr>
            <w:tcW w:type="dxa" w:w="2835"/>
          </w:tcPr>
          <w:p>
            <w:r>
              <w:t>count</w:t>
            </w:r>
          </w:p>
        </w:tc>
        <w:tc>
          <w:tcPr>
            <w:tcW w:type="dxa" w:w="4535"/>
          </w:tcPr>
          <w:p>
            <w:r>
              <w:t>重要；计数；指望</w:t>
            </w:r>
          </w:p>
        </w:tc>
      </w:tr>
      <w:tr>
        <w:tc>
          <w:tcPr>
            <w:tcW w:type="dxa" w:w="850"/>
          </w:tcPr>
          <w:p>
            <w:r>
              <w:t>34</w:t>
            </w:r>
          </w:p>
        </w:tc>
        <w:tc>
          <w:tcPr>
            <w:tcW w:type="dxa" w:w="2835"/>
          </w:tcPr>
          <w:p>
            <w:r>
              <w:t>law</w:t>
            </w:r>
          </w:p>
        </w:tc>
        <w:tc>
          <w:tcPr>
            <w:tcW w:type="dxa" w:w="4535"/>
          </w:tcPr>
          <w:p>
            <w:r>
              <w:t>法律；规律</w:t>
            </w:r>
          </w:p>
        </w:tc>
      </w:tr>
      <w:tr>
        <w:tc>
          <w:tcPr>
            <w:tcW w:type="dxa" w:w="850"/>
          </w:tcPr>
          <w:p>
            <w:r>
              <w:t>35</w:t>
            </w:r>
          </w:p>
        </w:tc>
        <w:tc>
          <w:tcPr>
            <w:tcW w:type="dxa" w:w="2835"/>
          </w:tcPr>
          <w:p>
            <w:r>
              <w:t>neighborhood</w:t>
            </w:r>
          </w:p>
        </w:tc>
        <w:tc>
          <w:tcPr>
            <w:tcW w:type="dxa" w:w="4535"/>
          </w:tcPr>
          <w:p>
            <w:r>
              <w:t>社区，邻里</w:t>
            </w:r>
          </w:p>
        </w:tc>
      </w:tr>
      <w:tr>
        <w:tc>
          <w:tcPr>
            <w:tcW w:type="dxa" w:w="850"/>
          </w:tcPr>
          <w:p>
            <w:r>
              <w:t>36</w:t>
            </w:r>
          </w:p>
        </w:tc>
        <w:tc>
          <w:tcPr>
            <w:tcW w:type="dxa" w:w="2835"/>
          </w:tcPr>
          <w:p>
            <w:r>
              <w:t>tip</w:t>
            </w:r>
          </w:p>
        </w:tc>
        <w:tc>
          <w:tcPr>
            <w:tcW w:type="dxa" w:w="4535"/>
          </w:tcPr>
          <w:p>
            <w:r>
              <w:t>建议；小费</w:t>
            </w:r>
          </w:p>
        </w:tc>
      </w:tr>
      <w:tr>
        <w:tc>
          <w:tcPr>
            <w:tcW w:type="dxa" w:w="850"/>
          </w:tcPr>
          <w:p>
            <w:r>
              <w:t>37</w:t>
            </w:r>
          </w:p>
        </w:tc>
        <w:tc>
          <w:tcPr>
            <w:tcW w:type="dxa" w:w="2835"/>
          </w:tcPr>
          <w:p>
            <w:r>
              <w:t>wildlife</w:t>
            </w:r>
          </w:p>
        </w:tc>
        <w:tc>
          <w:tcPr>
            <w:tcW w:type="dxa" w:w="4535"/>
          </w:tcPr>
          <w:p>
            <w:r>
              <w:t>野生动物</w:t>
            </w:r>
          </w:p>
        </w:tc>
      </w:tr>
      <w:tr>
        <w:tc>
          <w:tcPr>
            <w:tcW w:type="dxa" w:w="850"/>
          </w:tcPr>
          <w:p>
            <w:r>
              <w:t>38</w:t>
            </w:r>
          </w:p>
        </w:tc>
        <w:tc>
          <w:tcPr>
            <w:tcW w:type="dxa" w:w="2835"/>
          </w:tcPr>
          <w:p>
            <w:r>
              <w:t>gift</w:t>
            </w:r>
          </w:p>
        </w:tc>
        <w:tc>
          <w:tcPr>
            <w:tcW w:type="dxa" w:w="4535"/>
          </w:tcPr>
          <w:p>
            <w:r>
              <w:t>礼物</w:t>
            </w:r>
          </w:p>
        </w:tc>
      </w:tr>
      <w:tr>
        <w:tc>
          <w:tcPr>
            <w:tcW w:type="dxa" w:w="850"/>
          </w:tcPr>
          <w:p>
            <w:r>
              <w:t>39</w:t>
            </w:r>
          </w:p>
        </w:tc>
        <w:tc>
          <w:tcPr>
            <w:tcW w:type="dxa" w:w="2835"/>
          </w:tcPr>
          <w:p>
            <w:r>
              <w:t>site</w:t>
            </w:r>
          </w:p>
        </w:tc>
        <w:tc>
          <w:tcPr>
            <w:tcW w:type="dxa" w:w="4535"/>
          </w:tcPr>
          <w:p>
            <w:r>
              <w:t>地点，场所</w:t>
            </w:r>
          </w:p>
        </w:tc>
      </w:tr>
      <w:tr>
        <w:tc>
          <w:tcPr>
            <w:tcW w:type="dxa" w:w="850"/>
          </w:tcPr>
          <w:p>
            <w:r>
              <w:t>40</w:t>
            </w:r>
          </w:p>
        </w:tc>
        <w:tc>
          <w:tcPr>
            <w:tcW w:type="dxa" w:w="2835"/>
          </w:tcPr>
          <w:p>
            <w:r>
              <w:t>electives</w:t>
            </w:r>
          </w:p>
        </w:tc>
        <w:tc>
          <w:tcPr>
            <w:tcW w:type="dxa" w:w="4535"/>
          </w:tcPr>
          <w:p>
            <w:r>
              <w:t>选修课</w:t>
            </w:r>
          </w:p>
        </w:tc>
      </w:tr>
      <w:tr>
        <w:tc>
          <w:tcPr>
            <w:tcW w:type="dxa" w:w="850"/>
          </w:tcPr>
          <w:p>
            <w:r>
              <w:t>41</w:t>
            </w:r>
          </w:p>
        </w:tc>
        <w:tc>
          <w:tcPr>
            <w:tcW w:type="dxa" w:w="2835"/>
          </w:tcPr>
          <w:p>
            <w:r>
              <w:t>report</w:t>
            </w:r>
          </w:p>
        </w:tc>
        <w:tc>
          <w:tcPr>
            <w:tcW w:type="dxa" w:w="4535"/>
          </w:tcPr>
          <w:p>
            <w:r>
              <w:t>报告</w:t>
            </w:r>
          </w:p>
        </w:tc>
      </w:tr>
      <w:tr>
        <w:tc>
          <w:tcPr>
            <w:tcW w:type="dxa" w:w="850"/>
          </w:tcPr>
          <w:p>
            <w:r>
              <w:t>42</w:t>
            </w:r>
          </w:p>
        </w:tc>
        <w:tc>
          <w:tcPr>
            <w:tcW w:type="dxa" w:w="2835"/>
          </w:tcPr>
          <w:p>
            <w:r>
              <w:t>camera</w:t>
            </w:r>
          </w:p>
        </w:tc>
        <w:tc>
          <w:tcPr>
            <w:tcW w:type="dxa" w:w="4535"/>
          </w:tcPr>
          <w:p>
            <w:r>
              <w:t>相机</w:t>
            </w:r>
          </w:p>
        </w:tc>
      </w:tr>
      <w:tr>
        <w:tc>
          <w:tcPr>
            <w:tcW w:type="dxa" w:w="850"/>
          </w:tcPr>
          <w:p>
            <w:r>
              <w:t>43</w:t>
            </w:r>
          </w:p>
        </w:tc>
        <w:tc>
          <w:tcPr>
            <w:tcW w:type="dxa" w:w="2835"/>
          </w:tcPr>
          <w:p>
            <w:r>
              <w:t>hiking</w:t>
            </w:r>
          </w:p>
        </w:tc>
        <w:tc>
          <w:tcPr>
            <w:tcW w:type="dxa" w:w="4535"/>
          </w:tcPr>
          <w:p>
            <w:r>
              <w:t>徒步旅行</w:t>
            </w:r>
          </w:p>
        </w:tc>
      </w:tr>
      <w:tr>
        <w:tc>
          <w:tcPr>
            <w:tcW w:type="dxa" w:w="850"/>
          </w:tcPr>
          <w:p>
            <w:r>
              <w:t>44</w:t>
            </w:r>
          </w:p>
        </w:tc>
        <w:tc>
          <w:tcPr>
            <w:tcW w:type="dxa" w:w="2835"/>
          </w:tcPr>
          <w:p>
            <w:r>
              <w:t>rather</w:t>
            </w:r>
          </w:p>
        </w:tc>
        <w:tc>
          <w:tcPr>
            <w:tcW w:type="dxa" w:w="4535"/>
          </w:tcPr>
          <w:p>
            <w:r>
              <w:t>相当；宁愿</w:t>
            </w:r>
          </w:p>
        </w:tc>
      </w:tr>
      <w:tr>
        <w:tc>
          <w:tcPr>
            <w:tcW w:type="dxa" w:w="850"/>
          </w:tcPr>
          <w:p>
            <w:r>
              <w:t>45</w:t>
            </w:r>
          </w:p>
        </w:tc>
        <w:tc>
          <w:tcPr>
            <w:tcW w:type="dxa" w:w="2835"/>
          </w:tcPr>
          <w:p>
            <w:r>
              <w:t>care</w:t>
            </w:r>
          </w:p>
        </w:tc>
        <w:tc>
          <w:tcPr>
            <w:tcW w:type="dxa" w:w="4535"/>
          </w:tcPr>
          <w:p>
            <w:r>
              <w:t>关心；照顾</w:t>
            </w:r>
          </w:p>
        </w:tc>
      </w:tr>
      <w:tr>
        <w:tc>
          <w:tcPr>
            <w:tcW w:type="dxa" w:w="850"/>
          </w:tcPr>
          <w:p>
            <w:r>
              <w:t>46</w:t>
            </w:r>
          </w:p>
        </w:tc>
        <w:tc>
          <w:tcPr>
            <w:tcW w:type="dxa" w:w="2835"/>
          </w:tcPr>
          <w:p>
            <w:r>
              <w:t>link</w:t>
            </w:r>
          </w:p>
        </w:tc>
        <w:tc>
          <w:tcPr>
            <w:tcW w:type="dxa" w:w="4535"/>
          </w:tcPr>
          <w:p>
            <w:r>
              <w:t>链接；联系</w:t>
            </w:r>
          </w:p>
        </w:tc>
      </w:tr>
      <w:tr>
        <w:tc>
          <w:tcPr>
            <w:tcW w:type="dxa" w:w="850"/>
          </w:tcPr>
          <w:p>
            <w:r>
              <w:t>47</w:t>
            </w:r>
          </w:p>
        </w:tc>
        <w:tc>
          <w:tcPr>
            <w:tcW w:type="dxa" w:w="2835"/>
          </w:tcPr>
          <w:p>
            <w:r>
              <w:t>advertise</w:t>
            </w:r>
          </w:p>
        </w:tc>
        <w:tc>
          <w:tcPr>
            <w:tcW w:type="dxa" w:w="4535"/>
          </w:tcPr>
          <w:p>
            <w:r>
              <w:t>做广告</w:t>
            </w:r>
          </w:p>
        </w:tc>
      </w:tr>
      <w:tr>
        <w:tc>
          <w:tcPr>
            <w:tcW w:type="dxa" w:w="850"/>
          </w:tcPr>
          <w:p>
            <w:r>
              <w:t>48</w:t>
            </w:r>
          </w:p>
        </w:tc>
        <w:tc>
          <w:tcPr>
            <w:tcW w:type="dxa" w:w="2835"/>
          </w:tcPr>
          <w:p>
            <w:r>
              <w:t>challenge</w:t>
            </w:r>
          </w:p>
        </w:tc>
        <w:tc>
          <w:tcPr>
            <w:tcW w:type="dxa" w:w="4535"/>
          </w:tcPr>
          <w:p>
            <w:r>
              <w:t>挑战</w:t>
            </w:r>
          </w:p>
        </w:tc>
      </w:tr>
      <w:tr>
        <w:tc>
          <w:tcPr>
            <w:tcW w:type="dxa" w:w="850"/>
          </w:tcPr>
          <w:p>
            <w:r>
              <w:t>49</w:t>
            </w:r>
          </w:p>
        </w:tc>
        <w:tc>
          <w:tcPr>
            <w:tcW w:type="dxa" w:w="2835"/>
          </w:tcPr>
          <w:p>
            <w:r>
              <w:t>level</w:t>
            </w:r>
          </w:p>
        </w:tc>
        <w:tc>
          <w:tcPr>
            <w:tcW w:type="dxa" w:w="4535"/>
          </w:tcPr>
          <w:p>
            <w:r>
              <w:t>水平；级别</w:t>
            </w:r>
          </w:p>
        </w:tc>
      </w:tr>
      <w:tr>
        <w:tc>
          <w:tcPr>
            <w:tcW w:type="dxa" w:w="850"/>
          </w:tcPr>
          <w:p>
            <w:r>
              <w:t>50</w:t>
            </w:r>
          </w:p>
        </w:tc>
        <w:tc>
          <w:tcPr>
            <w:tcW w:type="dxa" w:w="2835"/>
          </w:tcPr>
          <w:p>
            <w:r>
              <w:t>mural</w:t>
            </w:r>
          </w:p>
        </w:tc>
        <w:tc>
          <w:tcPr>
            <w:tcW w:type="dxa" w:w="4535"/>
          </w:tcPr>
          <w:p>
            <w:r>
              <w:t>壁画</w:t>
            </w:r>
          </w:p>
        </w:tc>
      </w:tr>
    </w:tbl>
    <w:p/>
    <w:p>
      <w:pPr>
        <w:pStyle w:val="Heading1"/>
      </w:pPr>
      <w:r>
        <w:t>第7组（lead → grounds）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850"/>
          </w:tcPr>
          <w:p>
            <w:r>
              <w:t>序号</w:t>
            </w:r>
          </w:p>
        </w:tc>
        <w:tc>
          <w:tcPr>
            <w:tcW w:type="dxa" w:w="2835"/>
          </w:tcPr>
          <w:p>
            <w:r>
              <w:t>英文单词</w:t>
            </w:r>
          </w:p>
        </w:tc>
        <w:tc>
          <w:tcPr>
            <w:tcW w:type="dxa" w:w="4535"/>
          </w:tcPr>
          <w:p>
            <w:r>
              <w:t>中文释义</w:t>
            </w:r>
          </w:p>
        </w:tc>
      </w:tr>
      <w:tr>
        <w:tc>
          <w:tcPr>
            <w:tcW w:type="dxa" w:w="850"/>
          </w:tcPr>
          <w:p>
            <w:r>
              <w:t>1</w:t>
            </w:r>
          </w:p>
        </w:tc>
        <w:tc>
          <w:tcPr>
            <w:tcW w:type="dxa" w:w="2835"/>
          </w:tcPr>
          <w:p>
            <w:r>
              <w:t>lead</w:t>
            </w:r>
          </w:p>
        </w:tc>
        <w:tc>
          <w:tcPr>
            <w:tcW w:type="dxa" w:w="4535"/>
          </w:tcPr>
          <w:p>
            <w:r>
              <w:t>带领；领先</w:t>
            </w:r>
          </w:p>
        </w:tc>
      </w:tr>
      <w:tr>
        <w:tc>
          <w:tcPr>
            <w:tcW w:type="dxa" w:w="850"/>
          </w:tcPr>
          <w:p>
            <w:r>
              <w:t>2</w:t>
            </w:r>
          </w:p>
        </w:tc>
        <w:tc>
          <w:tcPr>
            <w:tcW w:type="dxa" w:w="2835"/>
          </w:tcPr>
          <w:p>
            <w:r>
              <w:t>union</w:t>
            </w:r>
          </w:p>
        </w:tc>
        <w:tc>
          <w:tcPr>
            <w:tcW w:type="dxa" w:w="4535"/>
          </w:tcPr>
          <w:p>
            <w:r>
              <w:t>工会；联盟</w:t>
            </w:r>
          </w:p>
        </w:tc>
      </w:tr>
      <w:tr>
        <w:tc>
          <w:tcPr>
            <w:tcW w:type="dxa" w:w="850"/>
          </w:tcPr>
          <w:p>
            <w:r>
              <w:t>3</w:t>
            </w:r>
          </w:p>
        </w:tc>
        <w:tc>
          <w:tcPr>
            <w:tcW w:type="dxa" w:w="2835"/>
          </w:tcPr>
          <w:p>
            <w:r>
              <w:t>ride</w:t>
            </w:r>
          </w:p>
        </w:tc>
        <w:tc>
          <w:tcPr>
            <w:tcW w:type="dxa" w:w="4535"/>
          </w:tcPr>
          <w:p>
            <w:r>
              <w:t>乘坐；搭车</w:t>
            </w:r>
          </w:p>
        </w:tc>
      </w:tr>
      <w:tr>
        <w:tc>
          <w:tcPr>
            <w:tcW w:type="dxa" w:w="850"/>
          </w:tcPr>
          <w:p>
            <w:r>
              <w:t>4</w:t>
            </w:r>
          </w:p>
        </w:tc>
        <w:tc>
          <w:tcPr>
            <w:tcW w:type="dxa" w:w="2835"/>
          </w:tcPr>
          <w:p>
            <w:r>
              <w:t>absolutely</w:t>
            </w:r>
          </w:p>
        </w:tc>
        <w:tc>
          <w:tcPr>
            <w:tcW w:type="dxa" w:w="4535"/>
          </w:tcPr>
          <w:p>
            <w:r>
              <w:t>绝对地，当然</w:t>
            </w:r>
          </w:p>
        </w:tc>
      </w:tr>
      <w:tr>
        <w:tc>
          <w:tcPr>
            <w:tcW w:type="dxa" w:w="850"/>
          </w:tcPr>
          <w:p>
            <w:r>
              <w:t>5</w:t>
            </w:r>
          </w:p>
        </w:tc>
        <w:tc>
          <w:tcPr>
            <w:tcW w:type="dxa" w:w="2835"/>
          </w:tcPr>
          <w:p>
            <w:r>
              <w:t>spot</w:t>
            </w:r>
          </w:p>
        </w:tc>
        <w:tc>
          <w:tcPr>
            <w:tcW w:type="dxa" w:w="4535"/>
          </w:tcPr>
          <w:p>
            <w:r>
              <w:t>地点；发现</w:t>
            </w:r>
          </w:p>
        </w:tc>
      </w:tr>
      <w:tr>
        <w:tc>
          <w:tcPr>
            <w:tcW w:type="dxa" w:w="850"/>
          </w:tcPr>
          <w:p>
            <w:r>
              <w:t>6</w:t>
            </w:r>
          </w:p>
        </w:tc>
        <w:tc>
          <w:tcPr>
            <w:tcW w:type="dxa" w:w="2835"/>
          </w:tcPr>
          <w:p>
            <w:r>
              <w:t>state</w:t>
            </w:r>
          </w:p>
        </w:tc>
        <w:tc>
          <w:tcPr>
            <w:tcW w:type="dxa" w:w="4535"/>
          </w:tcPr>
          <w:p>
            <w:r>
              <w:t>状态；陈述</w:t>
            </w:r>
          </w:p>
        </w:tc>
      </w:tr>
      <w:tr>
        <w:tc>
          <w:tcPr>
            <w:tcW w:type="dxa" w:w="850"/>
          </w:tcPr>
          <w:p>
            <w:r>
              <w:t>7</w:t>
            </w:r>
          </w:p>
        </w:tc>
        <w:tc>
          <w:tcPr>
            <w:tcW w:type="dxa" w:w="2835"/>
          </w:tcPr>
          <w:p>
            <w:r>
              <w:t>plenty</w:t>
            </w:r>
          </w:p>
        </w:tc>
        <w:tc>
          <w:tcPr>
            <w:tcW w:type="dxa" w:w="4535"/>
          </w:tcPr>
          <w:p>
            <w:r>
              <w:t>大量，充足</w:t>
            </w:r>
          </w:p>
        </w:tc>
      </w:tr>
      <w:tr>
        <w:tc>
          <w:tcPr>
            <w:tcW w:type="dxa" w:w="850"/>
          </w:tcPr>
          <w:p>
            <w:r>
              <w:t>8</w:t>
            </w:r>
          </w:p>
        </w:tc>
        <w:tc>
          <w:tcPr>
            <w:tcW w:type="dxa" w:w="2835"/>
          </w:tcPr>
          <w:p>
            <w:r>
              <w:t>overall</w:t>
            </w:r>
          </w:p>
        </w:tc>
        <w:tc>
          <w:tcPr>
            <w:tcW w:type="dxa" w:w="4535"/>
          </w:tcPr>
          <w:p>
            <w:r>
              <w:t>总体上</w:t>
            </w:r>
          </w:p>
        </w:tc>
      </w:tr>
      <w:tr>
        <w:tc>
          <w:tcPr>
            <w:tcW w:type="dxa" w:w="850"/>
          </w:tcPr>
          <w:p>
            <w:r>
              <w:t>9</w:t>
            </w:r>
          </w:p>
        </w:tc>
        <w:tc>
          <w:tcPr>
            <w:tcW w:type="dxa" w:w="2835"/>
          </w:tcPr>
          <w:p>
            <w:r>
              <w:t>hopefully</w:t>
            </w:r>
          </w:p>
        </w:tc>
        <w:tc>
          <w:tcPr>
            <w:tcW w:type="dxa" w:w="4535"/>
          </w:tcPr>
          <w:p>
            <w:r>
              <w:t>希望地</w:t>
            </w:r>
          </w:p>
        </w:tc>
      </w:tr>
      <w:tr>
        <w:tc>
          <w:tcPr>
            <w:tcW w:type="dxa" w:w="850"/>
          </w:tcPr>
          <w:p>
            <w:r>
              <w:t>10</w:t>
            </w:r>
          </w:p>
        </w:tc>
        <w:tc>
          <w:tcPr>
            <w:tcW w:type="dxa" w:w="2835"/>
          </w:tcPr>
          <w:p>
            <w:r>
              <w:t>transportation</w:t>
            </w:r>
          </w:p>
        </w:tc>
        <w:tc>
          <w:tcPr>
            <w:tcW w:type="dxa" w:w="4535"/>
          </w:tcPr>
          <w:p>
            <w:r>
              <w:t>交通，运输</w:t>
            </w:r>
          </w:p>
        </w:tc>
      </w:tr>
      <w:tr>
        <w:tc>
          <w:tcPr>
            <w:tcW w:type="dxa" w:w="850"/>
          </w:tcPr>
          <w:p>
            <w:r>
              <w:t>11</w:t>
            </w:r>
          </w:p>
        </w:tc>
        <w:tc>
          <w:tcPr>
            <w:tcW w:type="dxa" w:w="2835"/>
          </w:tcPr>
          <w:p>
            <w:r>
              <w:t>expect</w:t>
            </w:r>
          </w:p>
        </w:tc>
        <w:tc>
          <w:tcPr>
            <w:tcW w:type="dxa" w:w="4535"/>
          </w:tcPr>
          <w:p>
            <w:r>
              <w:t>期待；预期</w:t>
            </w:r>
          </w:p>
        </w:tc>
      </w:tr>
      <w:tr>
        <w:tc>
          <w:tcPr>
            <w:tcW w:type="dxa" w:w="850"/>
          </w:tcPr>
          <w:p>
            <w:r>
              <w:t>12</w:t>
            </w:r>
          </w:p>
        </w:tc>
        <w:tc>
          <w:tcPr>
            <w:tcW w:type="dxa" w:w="2835"/>
          </w:tcPr>
          <w:p>
            <w:r>
              <w:t>judge</w:t>
            </w:r>
          </w:p>
        </w:tc>
        <w:tc>
          <w:tcPr>
            <w:tcW w:type="dxa" w:w="4535"/>
          </w:tcPr>
          <w:p>
            <w:r>
              <w:t>判断；评委</w:t>
            </w:r>
          </w:p>
        </w:tc>
      </w:tr>
      <w:tr>
        <w:tc>
          <w:tcPr>
            <w:tcW w:type="dxa" w:w="850"/>
          </w:tcPr>
          <w:p>
            <w:r>
              <w:t>13</w:t>
            </w:r>
          </w:p>
        </w:tc>
        <w:tc>
          <w:tcPr>
            <w:tcW w:type="dxa" w:w="2835"/>
          </w:tcPr>
          <w:p>
            <w:r>
              <w:t>appointment</w:t>
            </w:r>
          </w:p>
        </w:tc>
        <w:tc>
          <w:tcPr>
            <w:tcW w:type="dxa" w:w="4535"/>
          </w:tcPr>
          <w:p>
            <w:r>
              <w:t>预约，约见</w:t>
            </w:r>
          </w:p>
        </w:tc>
      </w:tr>
      <w:tr>
        <w:tc>
          <w:tcPr>
            <w:tcW w:type="dxa" w:w="850"/>
          </w:tcPr>
          <w:p>
            <w:r>
              <w:t>14</w:t>
            </w:r>
          </w:p>
        </w:tc>
        <w:tc>
          <w:tcPr>
            <w:tcW w:type="dxa" w:w="2835"/>
          </w:tcPr>
          <w:p>
            <w:r>
              <w:t>technician</w:t>
            </w:r>
          </w:p>
        </w:tc>
        <w:tc>
          <w:tcPr>
            <w:tcW w:type="dxa" w:w="4535"/>
          </w:tcPr>
          <w:p>
            <w:r>
              <w:t>技术员</w:t>
            </w:r>
          </w:p>
        </w:tc>
      </w:tr>
      <w:tr>
        <w:tc>
          <w:tcPr>
            <w:tcW w:type="dxa" w:w="850"/>
          </w:tcPr>
          <w:p>
            <w:r>
              <w:t>15</w:t>
            </w:r>
          </w:p>
        </w:tc>
        <w:tc>
          <w:tcPr>
            <w:tcW w:type="dxa" w:w="2835"/>
          </w:tcPr>
          <w:p>
            <w:r>
              <w:t>piece</w:t>
            </w:r>
          </w:p>
        </w:tc>
        <w:tc>
          <w:tcPr>
            <w:tcW w:type="dxa" w:w="4535"/>
          </w:tcPr>
          <w:p>
            <w:r>
              <w:t>件，片</w:t>
            </w:r>
          </w:p>
        </w:tc>
      </w:tr>
      <w:tr>
        <w:tc>
          <w:tcPr>
            <w:tcW w:type="dxa" w:w="850"/>
          </w:tcPr>
          <w:p>
            <w:r>
              <w:t>16</w:t>
            </w:r>
          </w:p>
        </w:tc>
        <w:tc>
          <w:tcPr>
            <w:tcW w:type="dxa" w:w="2835"/>
          </w:tcPr>
          <w:p>
            <w:r>
              <w:t>herb</w:t>
            </w:r>
          </w:p>
        </w:tc>
        <w:tc>
          <w:tcPr>
            <w:tcW w:type="dxa" w:w="4535"/>
          </w:tcPr>
          <w:p>
            <w:r>
              <w:t>香草，草本植物</w:t>
            </w:r>
          </w:p>
        </w:tc>
      </w:tr>
      <w:tr>
        <w:tc>
          <w:tcPr>
            <w:tcW w:type="dxa" w:w="850"/>
          </w:tcPr>
          <w:p>
            <w:r>
              <w:t>17</w:t>
            </w:r>
          </w:p>
        </w:tc>
        <w:tc>
          <w:tcPr>
            <w:tcW w:type="dxa" w:w="2835"/>
          </w:tcPr>
          <w:p>
            <w:r>
              <w:t>manage</w:t>
            </w:r>
          </w:p>
        </w:tc>
        <w:tc>
          <w:tcPr>
            <w:tcW w:type="dxa" w:w="4535"/>
          </w:tcPr>
          <w:p>
            <w:r>
              <w:t>设法做到；管理</w:t>
            </w:r>
          </w:p>
        </w:tc>
      </w:tr>
      <w:tr>
        <w:tc>
          <w:tcPr>
            <w:tcW w:type="dxa" w:w="850"/>
          </w:tcPr>
          <w:p>
            <w:r>
              <w:t>18</w:t>
            </w:r>
          </w:p>
        </w:tc>
        <w:tc>
          <w:tcPr>
            <w:tcW w:type="dxa" w:w="2835"/>
          </w:tcPr>
          <w:p>
            <w:r>
              <w:t>lucky</w:t>
            </w:r>
          </w:p>
        </w:tc>
        <w:tc>
          <w:tcPr>
            <w:tcW w:type="dxa" w:w="4535"/>
          </w:tcPr>
          <w:p>
            <w:r>
              <w:t>幸运的</w:t>
            </w:r>
          </w:p>
        </w:tc>
      </w:tr>
      <w:tr>
        <w:tc>
          <w:tcPr>
            <w:tcW w:type="dxa" w:w="850"/>
          </w:tcPr>
          <w:p>
            <w:r>
              <w:t>19</w:t>
            </w:r>
          </w:p>
        </w:tc>
        <w:tc>
          <w:tcPr>
            <w:tcW w:type="dxa" w:w="2835"/>
          </w:tcPr>
          <w:p>
            <w:r>
              <w:t>amusement</w:t>
            </w:r>
          </w:p>
        </w:tc>
        <w:tc>
          <w:tcPr>
            <w:tcW w:type="dxa" w:w="4535"/>
          </w:tcPr>
          <w:p>
            <w:r>
              <w:t>娱乐</w:t>
            </w:r>
          </w:p>
        </w:tc>
      </w:tr>
      <w:tr>
        <w:tc>
          <w:tcPr>
            <w:tcW w:type="dxa" w:w="850"/>
          </w:tcPr>
          <w:p>
            <w:r>
              <w:t>20</w:t>
            </w:r>
          </w:p>
        </w:tc>
        <w:tc>
          <w:tcPr>
            <w:tcW w:type="dxa" w:w="2835"/>
          </w:tcPr>
          <w:p>
            <w:r>
              <w:t>management</w:t>
            </w:r>
          </w:p>
        </w:tc>
        <w:tc>
          <w:tcPr>
            <w:tcW w:type="dxa" w:w="4535"/>
          </w:tcPr>
          <w:p>
            <w:r>
              <w:t>管理</w:t>
            </w:r>
          </w:p>
        </w:tc>
      </w:tr>
      <w:tr>
        <w:tc>
          <w:tcPr>
            <w:tcW w:type="dxa" w:w="850"/>
          </w:tcPr>
          <w:p>
            <w:r>
              <w:t>21</w:t>
            </w:r>
          </w:p>
        </w:tc>
        <w:tc>
          <w:tcPr>
            <w:tcW w:type="dxa" w:w="2835"/>
          </w:tcPr>
          <w:p>
            <w:r>
              <w:t>settled</w:t>
            </w:r>
          </w:p>
        </w:tc>
        <w:tc>
          <w:tcPr>
            <w:tcW w:type="dxa" w:w="4535"/>
          </w:tcPr>
          <w:p>
            <w:r>
              <w:t>安顿好的；解决的</w:t>
            </w:r>
          </w:p>
        </w:tc>
      </w:tr>
      <w:tr>
        <w:tc>
          <w:tcPr>
            <w:tcW w:type="dxa" w:w="850"/>
          </w:tcPr>
          <w:p>
            <w:r>
              <w:t>22</w:t>
            </w:r>
          </w:p>
        </w:tc>
        <w:tc>
          <w:tcPr>
            <w:tcW w:type="dxa" w:w="2835"/>
          </w:tcPr>
          <w:p>
            <w:r>
              <w:t>author</w:t>
            </w:r>
          </w:p>
        </w:tc>
        <w:tc>
          <w:tcPr>
            <w:tcW w:type="dxa" w:w="4535"/>
          </w:tcPr>
          <w:p>
            <w:r>
              <w:t>作者</w:t>
            </w:r>
          </w:p>
        </w:tc>
      </w:tr>
      <w:tr>
        <w:tc>
          <w:tcPr>
            <w:tcW w:type="dxa" w:w="850"/>
          </w:tcPr>
          <w:p>
            <w:r>
              <w:t>23</w:t>
            </w:r>
          </w:p>
        </w:tc>
        <w:tc>
          <w:tcPr>
            <w:tcW w:type="dxa" w:w="2835"/>
          </w:tcPr>
          <w:p>
            <w:r>
              <w:t>admission</w:t>
            </w:r>
          </w:p>
        </w:tc>
        <w:tc>
          <w:tcPr>
            <w:tcW w:type="dxa" w:w="4535"/>
          </w:tcPr>
          <w:p>
            <w:r>
              <w:t>入场；录取</w:t>
            </w:r>
          </w:p>
        </w:tc>
      </w:tr>
      <w:tr>
        <w:tc>
          <w:tcPr>
            <w:tcW w:type="dxa" w:w="850"/>
          </w:tcPr>
          <w:p>
            <w:r>
              <w:t>24</w:t>
            </w:r>
          </w:p>
        </w:tc>
        <w:tc>
          <w:tcPr>
            <w:tcW w:type="dxa" w:w="2835"/>
          </w:tcPr>
          <w:p>
            <w:r>
              <w:t>board</w:t>
            </w:r>
          </w:p>
        </w:tc>
        <w:tc>
          <w:tcPr>
            <w:tcW w:type="dxa" w:w="4535"/>
          </w:tcPr>
          <w:p>
            <w:r>
              <w:t>委员会；板</w:t>
            </w:r>
          </w:p>
        </w:tc>
      </w:tr>
      <w:tr>
        <w:tc>
          <w:tcPr>
            <w:tcW w:type="dxa" w:w="850"/>
          </w:tcPr>
          <w:p>
            <w:r>
              <w:t>25</w:t>
            </w:r>
          </w:p>
        </w:tc>
        <w:tc>
          <w:tcPr>
            <w:tcW w:type="dxa" w:w="2835"/>
          </w:tcPr>
          <w:p>
            <w:r>
              <w:t>concerned</w:t>
            </w:r>
          </w:p>
        </w:tc>
        <w:tc>
          <w:tcPr>
            <w:tcW w:type="dxa" w:w="4535"/>
          </w:tcPr>
          <w:p>
            <w:r>
              <w:t>担心的；关注的</w:t>
            </w:r>
          </w:p>
        </w:tc>
      </w:tr>
      <w:tr>
        <w:tc>
          <w:tcPr>
            <w:tcW w:type="dxa" w:w="850"/>
          </w:tcPr>
          <w:p>
            <w:r>
              <w:t>26</w:t>
            </w:r>
          </w:p>
        </w:tc>
        <w:tc>
          <w:tcPr>
            <w:tcW w:type="dxa" w:w="2835"/>
          </w:tcPr>
          <w:p>
            <w:r>
              <w:t>add</w:t>
            </w:r>
          </w:p>
        </w:tc>
        <w:tc>
          <w:tcPr>
            <w:tcW w:type="dxa" w:w="4535"/>
          </w:tcPr>
          <w:p>
            <w:r>
              <w:t>添加</w:t>
            </w:r>
          </w:p>
        </w:tc>
      </w:tr>
      <w:tr>
        <w:tc>
          <w:tcPr>
            <w:tcW w:type="dxa" w:w="850"/>
          </w:tcPr>
          <w:p>
            <w:r>
              <w:t>27</w:t>
            </w:r>
          </w:p>
        </w:tc>
        <w:tc>
          <w:tcPr>
            <w:tcW w:type="dxa" w:w="2835"/>
          </w:tcPr>
          <w:p>
            <w:r>
              <w:t>yet</w:t>
            </w:r>
          </w:p>
        </w:tc>
        <w:tc>
          <w:tcPr>
            <w:tcW w:type="dxa" w:w="4535"/>
          </w:tcPr>
          <w:p>
            <w:r>
              <w:t>然而；还</w:t>
            </w:r>
          </w:p>
        </w:tc>
      </w:tr>
      <w:tr>
        <w:tc>
          <w:tcPr>
            <w:tcW w:type="dxa" w:w="850"/>
          </w:tcPr>
          <w:p>
            <w:r>
              <w:t>28</w:t>
            </w:r>
          </w:p>
        </w:tc>
        <w:tc>
          <w:tcPr>
            <w:tcW w:type="dxa" w:w="2835"/>
          </w:tcPr>
          <w:p>
            <w:r>
              <w:t>apartment</w:t>
            </w:r>
          </w:p>
        </w:tc>
        <w:tc>
          <w:tcPr>
            <w:tcW w:type="dxa" w:w="4535"/>
          </w:tcPr>
          <w:p>
            <w:r>
              <w:t>公寓</w:t>
            </w:r>
          </w:p>
        </w:tc>
      </w:tr>
      <w:tr>
        <w:tc>
          <w:tcPr>
            <w:tcW w:type="dxa" w:w="850"/>
          </w:tcPr>
          <w:p>
            <w:r>
              <w:t>29</w:t>
            </w:r>
          </w:p>
        </w:tc>
        <w:tc>
          <w:tcPr>
            <w:tcW w:type="dxa" w:w="2835"/>
          </w:tcPr>
          <w:p>
            <w:r>
              <w:t>trying</w:t>
            </w:r>
          </w:p>
        </w:tc>
        <w:tc>
          <w:tcPr>
            <w:tcW w:type="dxa" w:w="4535"/>
          </w:tcPr>
          <w:p>
            <w:r>
              <w:t>努力尝试的</w:t>
            </w:r>
          </w:p>
        </w:tc>
      </w:tr>
      <w:tr>
        <w:tc>
          <w:tcPr>
            <w:tcW w:type="dxa" w:w="850"/>
          </w:tcPr>
          <w:p>
            <w:r>
              <w:t>30</w:t>
            </w:r>
          </w:p>
        </w:tc>
        <w:tc>
          <w:tcPr>
            <w:tcW w:type="dxa" w:w="2835"/>
          </w:tcPr>
          <w:p>
            <w:r>
              <w:t>though</w:t>
            </w:r>
          </w:p>
        </w:tc>
        <w:tc>
          <w:tcPr>
            <w:tcW w:type="dxa" w:w="4535"/>
          </w:tcPr>
          <w:p>
            <w:r>
              <w:t>虽然；不过</w:t>
            </w:r>
          </w:p>
        </w:tc>
      </w:tr>
      <w:tr>
        <w:tc>
          <w:tcPr>
            <w:tcW w:type="dxa" w:w="850"/>
          </w:tcPr>
          <w:p>
            <w:r>
              <w:t>31</w:t>
            </w:r>
          </w:p>
        </w:tc>
        <w:tc>
          <w:tcPr>
            <w:tcW w:type="dxa" w:w="2835"/>
          </w:tcPr>
          <w:p>
            <w:r>
              <w:t>glad</w:t>
            </w:r>
          </w:p>
        </w:tc>
        <w:tc>
          <w:tcPr>
            <w:tcW w:type="dxa" w:w="4535"/>
          </w:tcPr>
          <w:p>
            <w:r>
              <w:t>高兴的</w:t>
            </w:r>
          </w:p>
        </w:tc>
      </w:tr>
      <w:tr>
        <w:tc>
          <w:tcPr>
            <w:tcW w:type="dxa" w:w="850"/>
          </w:tcPr>
          <w:p>
            <w:r>
              <w:t>32</w:t>
            </w:r>
          </w:p>
        </w:tc>
        <w:tc>
          <w:tcPr>
            <w:tcW w:type="dxa" w:w="2835"/>
          </w:tcPr>
          <w:p>
            <w:r>
              <w:t>rent</w:t>
            </w:r>
          </w:p>
        </w:tc>
        <w:tc>
          <w:tcPr>
            <w:tcW w:type="dxa" w:w="4535"/>
          </w:tcPr>
          <w:p>
            <w:r>
              <w:t>租金；租用</w:t>
            </w:r>
          </w:p>
        </w:tc>
      </w:tr>
      <w:tr>
        <w:tc>
          <w:tcPr>
            <w:tcW w:type="dxa" w:w="850"/>
          </w:tcPr>
          <w:p>
            <w:r>
              <w:t>33</w:t>
            </w:r>
          </w:p>
        </w:tc>
        <w:tc>
          <w:tcPr>
            <w:tcW w:type="dxa" w:w="2835"/>
          </w:tcPr>
          <w:p>
            <w:r>
              <w:t>roommate</w:t>
            </w:r>
          </w:p>
        </w:tc>
        <w:tc>
          <w:tcPr>
            <w:tcW w:type="dxa" w:w="4535"/>
          </w:tcPr>
          <w:p>
            <w:r>
              <w:t>室友</w:t>
            </w:r>
          </w:p>
        </w:tc>
      </w:tr>
      <w:tr>
        <w:tc>
          <w:tcPr>
            <w:tcW w:type="dxa" w:w="850"/>
          </w:tcPr>
          <w:p>
            <w:r>
              <w:t>34</w:t>
            </w:r>
          </w:p>
        </w:tc>
        <w:tc>
          <w:tcPr>
            <w:tcW w:type="dxa" w:w="2835"/>
          </w:tcPr>
          <w:p>
            <w:r>
              <w:t>else</w:t>
            </w:r>
          </w:p>
        </w:tc>
        <w:tc>
          <w:tcPr>
            <w:tcW w:type="dxa" w:w="4535"/>
          </w:tcPr>
          <w:p>
            <w:r>
              <w:t>别的，其他的</w:t>
            </w:r>
          </w:p>
        </w:tc>
      </w:tr>
      <w:tr>
        <w:tc>
          <w:tcPr>
            <w:tcW w:type="dxa" w:w="850"/>
          </w:tcPr>
          <w:p>
            <w:r>
              <w:t>35</w:t>
            </w:r>
          </w:p>
        </w:tc>
        <w:tc>
          <w:tcPr>
            <w:tcW w:type="dxa" w:w="2835"/>
          </w:tcPr>
          <w:p>
            <w:r>
              <w:t>section</w:t>
            </w:r>
          </w:p>
        </w:tc>
        <w:tc>
          <w:tcPr>
            <w:tcW w:type="dxa" w:w="4535"/>
          </w:tcPr>
          <w:p>
            <w:r>
              <w:t>区域；部分</w:t>
            </w:r>
          </w:p>
        </w:tc>
      </w:tr>
      <w:tr>
        <w:tc>
          <w:tcPr>
            <w:tcW w:type="dxa" w:w="850"/>
          </w:tcPr>
          <w:p>
            <w:r>
              <w:t>36</w:t>
            </w:r>
          </w:p>
        </w:tc>
        <w:tc>
          <w:tcPr>
            <w:tcW w:type="dxa" w:w="2835"/>
          </w:tcPr>
          <w:p>
            <w:r>
              <w:t>dorm</w:t>
            </w:r>
          </w:p>
        </w:tc>
        <w:tc>
          <w:tcPr>
            <w:tcW w:type="dxa" w:w="4535"/>
          </w:tcPr>
          <w:p>
            <w:r>
              <w:t>宿舍</w:t>
            </w:r>
          </w:p>
        </w:tc>
      </w:tr>
      <w:tr>
        <w:tc>
          <w:tcPr>
            <w:tcW w:type="dxa" w:w="850"/>
          </w:tcPr>
          <w:p>
            <w:r>
              <w:t>37</w:t>
            </w:r>
          </w:p>
        </w:tc>
        <w:tc>
          <w:tcPr>
            <w:tcW w:type="dxa" w:w="2835"/>
          </w:tcPr>
          <w:p>
            <w:r>
              <w:t>across</w:t>
            </w:r>
          </w:p>
        </w:tc>
        <w:tc>
          <w:tcPr>
            <w:tcW w:type="dxa" w:w="4535"/>
          </w:tcPr>
          <w:p>
            <w:r>
              <w:t>穿过；对面</w:t>
            </w:r>
          </w:p>
        </w:tc>
      </w:tr>
      <w:tr>
        <w:tc>
          <w:tcPr>
            <w:tcW w:type="dxa" w:w="850"/>
          </w:tcPr>
          <w:p>
            <w:r>
              <w:t>38</w:t>
            </w:r>
          </w:p>
        </w:tc>
        <w:tc>
          <w:tcPr>
            <w:tcW w:type="dxa" w:w="2835"/>
          </w:tcPr>
          <w:p>
            <w:r>
              <w:t>hunt</w:t>
            </w:r>
          </w:p>
        </w:tc>
        <w:tc>
          <w:tcPr>
            <w:tcW w:type="dxa" w:w="4535"/>
          </w:tcPr>
          <w:p>
            <w:r>
              <w:t>寻找；打猎</w:t>
            </w:r>
          </w:p>
        </w:tc>
      </w:tr>
      <w:tr>
        <w:tc>
          <w:tcPr>
            <w:tcW w:type="dxa" w:w="850"/>
          </w:tcPr>
          <w:p>
            <w:r>
              <w:t>39</w:t>
            </w:r>
          </w:p>
        </w:tc>
        <w:tc>
          <w:tcPr>
            <w:tcW w:type="dxa" w:w="2835"/>
          </w:tcPr>
          <w:p>
            <w:r>
              <w:t>landlord</w:t>
            </w:r>
          </w:p>
        </w:tc>
        <w:tc>
          <w:tcPr>
            <w:tcW w:type="dxa" w:w="4535"/>
          </w:tcPr>
          <w:p>
            <w:r>
              <w:t>房东</w:t>
            </w:r>
          </w:p>
        </w:tc>
      </w:tr>
      <w:tr>
        <w:tc>
          <w:tcPr>
            <w:tcW w:type="dxa" w:w="850"/>
          </w:tcPr>
          <w:p>
            <w:r>
              <w:t>40</w:t>
            </w:r>
          </w:p>
        </w:tc>
        <w:tc>
          <w:tcPr>
            <w:tcW w:type="dxa" w:w="2835"/>
          </w:tcPr>
          <w:p>
            <w:r>
              <w:t>wonder</w:t>
            </w:r>
          </w:p>
        </w:tc>
        <w:tc>
          <w:tcPr>
            <w:tcW w:type="dxa" w:w="4535"/>
          </w:tcPr>
          <w:p>
            <w:r>
              <w:t>想知道；奇迹</w:t>
            </w:r>
          </w:p>
        </w:tc>
      </w:tr>
      <w:tr>
        <w:tc>
          <w:tcPr>
            <w:tcW w:type="dxa" w:w="850"/>
          </w:tcPr>
          <w:p>
            <w:r>
              <w:t>41</w:t>
            </w:r>
          </w:p>
        </w:tc>
        <w:tc>
          <w:tcPr>
            <w:tcW w:type="dxa" w:w="2835"/>
          </w:tcPr>
          <w:p>
            <w:r>
              <w:t>expensive</w:t>
            </w:r>
          </w:p>
        </w:tc>
        <w:tc>
          <w:tcPr>
            <w:tcW w:type="dxa" w:w="4535"/>
          </w:tcPr>
          <w:p>
            <w:r>
              <w:t>昂贵的</w:t>
            </w:r>
          </w:p>
        </w:tc>
      </w:tr>
      <w:tr>
        <w:tc>
          <w:tcPr>
            <w:tcW w:type="dxa" w:w="850"/>
          </w:tcPr>
          <w:p>
            <w:r>
              <w:t>42</w:t>
            </w:r>
          </w:p>
        </w:tc>
        <w:tc>
          <w:tcPr>
            <w:tcW w:type="dxa" w:w="2835"/>
          </w:tcPr>
          <w:p>
            <w:r>
              <w:t>luck</w:t>
            </w:r>
          </w:p>
        </w:tc>
        <w:tc>
          <w:tcPr>
            <w:tcW w:type="dxa" w:w="4535"/>
          </w:tcPr>
          <w:p>
            <w:r>
              <w:t>运气</w:t>
            </w:r>
          </w:p>
        </w:tc>
      </w:tr>
      <w:tr>
        <w:tc>
          <w:tcPr>
            <w:tcW w:type="dxa" w:w="850"/>
          </w:tcPr>
          <w:p>
            <w:r>
              <w:t>43</w:t>
            </w:r>
          </w:p>
        </w:tc>
        <w:tc>
          <w:tcPr>
            <w:tcW w:type="dxa" w:w="2835"/>
          </w:tcPr>
          <w:p>
            <w:r>
              <w:t>view</w:t>
            </w:r>
          </w:p>
        </w:tc>
        <w:tc>
          <w:tcPr>
            <w:tcW w:type="dxa" w:w="4535"/>
          </w:tcPr>
          <w:p>
            <w:r>
              <w:t>观点；视野</w:t>
            </w:r>
          </w:p>
        </w:tc>
      </w:tr>
      <w:tr>
        <w:tc>
          <w:tcPr>
            <w:tcW w:type="dxa" w:w="850"/>
          </w:tcPr>
          <w:p>
            <w:r>
              <w:t>44</w:t>
            </w:r>
          </w:p>
        </w:tc>
        <w:tc>
          <w:tcPr>
            <w:tcW w:type="dxa" w:w="2835"/>
          </w:tcPr>
          <w:p>
            <w:r>
              <w:t>lease</w:t>
            </w:r>
          </w:p>
        </w:tc>
        <w:tc>
          <w:tcPr>
            <w:tcW w:type="dxa" w:w="4535"/>
          </w:tcPr>
          <w:p>
            <w:r>
              <w:t>租约</w:t>
            </w:r>
          </w:p>
        </w:tc>
      </w:tr>
      <w:tr>
        <w:tc>
          <w:tcPr>
            <w:tcW w:type="dxa" w:w="850"/>
          </w:tcPr>
          <w:p>
            <w:r>
              <w:t>45</w:t>
            </w:r>
          </w:p>
        </w:tc>
        <w:tc>
          <w:tcPr>
            <w:tcW w:type="dxa" w:w="2835"/>
          </w:tcPr>
          <w:p>
            <w:r>
              <w:t>fit</w:t>
            </w:r>
          </w:p>
        </w:tc>
        <w:tc>
          <w:tcPr>
            <w:tcW w:type="dxa" w:w="4535"/>
          </w:tcPr>
          <w:p>
            <w:r>
              <w:t>适合；健康的</w:t>
            </w:r>
          </w:p>
        </w:tc>
      </w:tr>
      <w:tr>
        <w:tc>
          <w:tcPr>
            <w:tcW w:type="dxa" w:w="850"/>
          </w:tcPr>
          <w:p>
            <w:r>
              <w:t>46</w:t>
            </w:r>
          </w:p>
        </w:tc>
        <w:tc>
          <w:tcPr>
            <w:tcW w:type="dxa" w:w="2835"/>
          </w:tcPr>
          <w:p>
            <w:r>
              <w:t>touch</w:t>
            </w:r>
          </w:p>
        </w:tc>
        <w:tc>
          <w:tcPr>
            <w:tcW w:type="dxa" w:w="4535"/>
          </w:tcPr>
          <w:p>
            <w:r>
              <w:t>联系；接触</w:t>
            </w:r>
          </w:p>
        </w:tc>
      </w:tr>
      <w:tr>
        <w:tc>
          <w:tcPr>
            <w:tcW w:type="dxa" w:w="850"/>
          </w:tcPr>
          <w:p>
            <w:r>
              <w:t>47</w:t>
            </w:r>
          </w:p>
        </w:tc>
        <w:tc>
          <w:tcPr>
            <w:tcW w:type="dxa" w:w="2835"/>
          </w:tcPr>
          <w:p>
            <w:r>
              <w:t>tech</w:t>
            </w:r>
          </w:p>
        </w:tc>
        <w:tc>
          <w:tcPr>
            <w:tcW w:type="dxa" w:w="4535"/>
          </w:tcPr>
          <w:p>
            <w:r>
              <w:t>技术</w:t>
            </w:r>
          </w:p>
        </w:tc>
      </w:tr>
      <w:tr>
        <w:tc>
          <w:tcPr>
            <w:tcW w:type="dxa" w:w="850"/>
          </w:tcPr>
          <w:p>
            <w:r>
              <w:t>48</w:t>
            </w:r>
          </w:p>
        </w:tc>
        <w:tc>
          <w:tcPr>
            <w:tcW w:type="dxa" w:w="2835"/>
          </w:tcPr>
          <w:p>
            <w:r>
              <w:t>housing</w:t>
            </w:r>
          </w:p>
        </w:tc>
        <w:tc>
          <w:tcPr>
            <w:tcW w:type="dxa" w:w="4535"/>
          </w:tcPr>
          <w:p>
            <w:r>
              <w:t>住房</w:t>
            </w:r>
          </w:p>
        </w:tc>
      </w:tr>
      <w:tr>
        <w:tc>
          <w:tcPr>
            <w:tcW w:type="dxa" w:w="850"/>
          </w:tcPr>
          <w:p>
            <w:r>
              <w:t>49</w:t>
            </w:r>
          </w:p>
        </w:tc>
        <w:tc>
          <w:tcPr>
            <w:tcW w:type="dxa" w:w="2835"/>
          </w:tcPr>
          <w:p>
            <w:r>
              <w:t>convenient</w:t>
            </w:r>
          </w:p>
        </w:tc>
        <w:tc>
          <w:tcPr>
            <w:tcW w:type="dxa" w:w="4535"/>
          </w:tcPr>
          <w:p>
            <w:r>
              <w:t>方便的</w:t>
            </w:r>
          </w:p>
        </w:tc>
      </w:tr>
      <w:tr>
        <w:tc>
          <w:tcPr>
            <w:tcW w:type="dxa" w:w="850"/>
          </w:tcPr>
          <w:p>
            <w:r>
              <w:t>50</w:t>
            </w:r>
          </w:p>
        </w:tc>
        <w:tc>
          <w:tcPr>
            <w:tcW w:type="dxa" w:w="2835"/>
          </w:tcPr>
          <w:p>
            <w:r>
              <w:t>grounds</w:t>
            </w:r>
          </w:p>
        </w:tc>
        <w:tc>
          <w:tcPr>
            <w:tcW w:type="dxa" w:w="4535"/>
          </w:tcPr>
          <w:p>
            <w:r>
              <w:t>场地；理由</w:t>
            </w:r>
          </w:p>
        </w:tc>
      </w:tr>
    </w:tbl>
    <w:p/>
    <w:p>
      <w:pPr>
        <w:pStyle w:val="Heading1"/>
      </w:pPr>
      <w:r>
        <w:t>第8组（medium → fact）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850"/>
          </w:tcPr>
          <w:p>
            <w:r>
              <w:t>序号</w:t>
            </w:r>
          </w:p>
        </w:tc>
        <w:tc>
          <w:tcPr>
            <w:tcW w:type="dxa" w:w="2835"/>
          </w:tcPr>
          <w:p>
            <w:r>
              <w:t>英文单词</w:t>
            </w:r>
          </w:p>
        </w:tc>
        <w:tc>
          <w:tcPr>
            <w:tcW w:type="dxa" w:w="4535"/>
          </w:tcPr>
          <w:p>
            <w:r>
              <w:t>中文释义</w:t>
            </w:r>
          </w:p>
        </w:tc>
      </w:tr>
      <w:tr>
        <w:tc>
          <w:tcPr>
            <w:tcW w:type="dxa" w:w="850"/>
          </w:tcPr>
          <w:p>
            <w:r>
              <w:t>1</w:t>
            </w:r>
          </w:p>
        </w:tc>
        <w:tc>
          <w:tcPr>
            <w:tcW w:type="dxa" w:w="2835"/>
          </w:tcPr>
          <w:p>
            <w:r>
              <w:t>medium</w:t>
            </w:r>
          </w:p>
        </w:tc>
        <w:tc>
          <w:tcPr>
            <w:tcW w:type="dxa" w:w="4535"/>
          </w:tcPr>
          <w:p>
            <w:r>
              <w:t>中等的；媒介</w:t>
            </w:r>
          </w:p>
        </w:tc>
      </w:tr>
      <w:tr>
        <w:tc>
          <w:tcPr>
            <w:tcW w:type="dxa" w:w="850"/>
          </w:tcPr>
          <w:p>
            <w:r>
              <w:t>2</w:t>
            </w:r>
          </w:p>
        </w:tc>
        <w:tc>
          <w:tcPr>
            <w:tcW w:type="dxa" w:w="2835"/>
          </w:tcPr>
          <w:p>
            <w:r>
              <w:t>bedroom</w:t>
            </w:r>
          </w:p>
        </w:tc>
        <w:tc>
          <w:tcPr>
            <w:tcW w:type="dxa" w:w="4535"/>
          </w:tcPr>
          <w:p>
            <w:r>
              <w:t>卧室</w:t>
            </w:r>
          </w:p>
        </w:tc>
      </w:tr>
      <w:tr>
        <w:tc>
          <w:tcPr>
            <w:tcW w:type="dxa" w:w="850"/>
          </w:tcPr>
          <w:p>
            <w:r>
              <w:t>3</w:t>
            </w:r>
          </w:p>
        </w:tc>
        <w:tc>
          <w:tcPr>
            <w:tcW w:type="dxa" w:w="2835"/>
          </w:tcPr>
          <w:p>
            <w:r>
              <w:t>grab</w:t>
            </w:r>
          </w:p>
        </w:tc>
        <w:tc>
          <w:tcPr>
            <w:tcW w:type="dxa" w:w="4535"/>
          </w:tcPr>
          <w:p>
            <w:r>
              <w:t>抓起；赶紧</w:t>
            </w:r>
          </w:p>
        </w:tc>
      </w:tr>
      <w:tr>
        <w:tc>
          <w:tcPr>
            <w:tcW w:type="dxa" w:w="850"/>
          </w:tcPr>
          <w:p>
            <w:r>
              <w:t>4</w:t>
            </w:r>
          </w:p>
        </w:tc>
        <w:tc>
          <w:tcPr>
            <w:tcW w:type="dxa" w:w="2835"/>
          </w:tcPr>
          <w:p>
            <w:r>
              <w:t>nearby</w:t>
            </w:r>
          </w:p>
        </w:tc>
        <w:tc>
          <w:tcPr>
            <w:tcW w:type="dxa" w:w="4535"/>
          </w:tcPr>
          <w:p>
            <w:r>
              <w:t>附近的</w:t>
            </w:r>
          </w:p>
        </w:tc>
      </w:tr>
      <w:tr>
        <w:tc>
          <w:tcPr>
            <w:tcW w:type="dxa" w:w="850"/>
          </w:tcPr>
          <w:p>
            <w:r>
              <w:t>5</w:t>
            </w:r>
          </w:p>
        </w:tc>
        <w:tc>
          <w:tcPr>
            <w:tcW w:type="dxa" w:w="2835"/>
          </w:tcPr>
          <w:p>
            <w:r>
              <w:t>machine</w:t>
            </w:r>
          </w:p>
        </w:tc>
        <w:tc>
          <w:tcPr>
            <w:tcW w:type="dxa" w:w="4535"/>
          </w:tcPr>
          <w:p>
            <w:r>
              <w:t>机器</w:t>
            </w:r>
          </w:p>
        </w:tc>
      </w:tr>
      <w:tr>
        <w:tc>
          <w:tcPr>
            <w:tcW w:type="dxa" w:w="850"/>
          </w:tcPr>
          <w:p>
            <w:r>
              <w:t>6</w:t>
            </w:r>
          </w:p>
        </w:tc>
        <w:tc>
          <w:tcPr>
            <w:tcW w:type="dxa" w:w="2835"/>
          </w:tcPr>
          <w:p>
            <w:r>
              <w:t>surprised</w:t>
            </w:r>
          </w:p>
        </w:tc>
        <w:tc>
          <w:tcPr>
            <w:tcW w:type="dxa" w:w="4535"/>
          </w:tcPr>
          <w:p>
            <w:r>
              <w:t>惊讶的</w:t>
            </w:r>
          </w:p>
        </w:tc>
      </w:tr>
      <w:tr>
        <w:tc>
          <w:tcPr>
            <w:tcW w:type="dxa" w:w="850"/>
          </w:tcPr>
          <w:p>
            <w:r>
              <w:t>7</w:t>
            </w:r>
          </w:p>
        </w:tc>
        <w:tc>
          <w:tcPr>
            <w:tcW w:type="dxa" w:w="2835"/>
          </w:tcPr>
          <w:p>
            <w:r>
              <w:t>conference</w:t>
            </w:r>
          </w:p>
        </w:tc>
        <w:tc>
          <w:tcPr>
            <w:tcW w:type="dxa" w:w="4535"/>
          </w:tcPr>
          <w:p>
            <w:r>
              <w:t>会议</w:t>
            </w:r>
          </w:p>
        </w:tc>
      </w:tr>
      <w:tr>
        <w:tc>
          <w:tcPr>
            <w:tcW w:type="dxa" w:w="850"/>
          </w:tcPr>
          <w:p>
            <w:r>
              <w:t>8</w:t>
            </w:r>
          </w:p>
        </w:tc>
        <w:tc>
          <w:tcPr>
            <w:tcW w:type="dxa" w:w="2835"/>
          </w:tcPr>
          <w:p>
            <w:r>
              <w:t>enough</w:t>
            </w:r>
          </w:p>
        </w:tc>
        <w:tc>
          <w:tcPr>
            <w:tcW w:type="dxa" w:w="4535"/>
          </w:tcPr>
          <w:p>
            <w:r>
              <w:t>足够的</w:t>
            </w:r>
          </w:p>
        </w:tc>
      </w:tr>
      <w:tr>
        <w:tc>
          <w:tcPr>
            <w:tcW w:type="dxa" w:w="850"/>
          </w:tcPr>
          <w:p>
            <w:r>
              <w:t>9</w:t>
            </w:r>
          </w:p>
        </w:tc>
        <w:tc>
          <w:tcPr>
            <w:tcW w:type="dxa" w:w="2835"/>
          </w:tcPr>
          <w:p>
            <w:r>
              <w:t>pack</w:t>
            </w:r>
          </w:p>
        </w:tc>
        <w:tc>
          <w:tcPr>
            <w:tcW w:type="dxa" w:w="4535"/>
          </w:tcPr>
          <w:p>
            <w:r>
              <w:t>打包；挤满的</w:t>
            </w:r>
          </w:p>
        </w:tc>
      </w:tr>
      <w:tr>
        <w:tc>
          <w:tcPr>
            <w:tcW w:type="dxa" w:w="850"/>
          </w:tcPr>
          <w:p>
            <w:r>
              <w:t>10</w:t>
            </w:r>
          </w:p>
        </w:tc>
        <w:tc>
          <w:tcPr>
            <w:tcW w:type="dxa" w:w="2835"/>
          </w:tcPr>
          <w:p>
            <w:r>
              <w:t>half</w:t>
            </w:r>
          </w:p>
        </w:tc>
        <w:tc>
          <w:tcPr>
            <w:tcW w:type="dxa" w:w="4535"/>
          </w:tcPr>
          <w:p>
            <w:r>
              <w:t>一半</w:t>
            </w:r>
          </w:p>
        </w:tc>
      </w:tr>
      <w:tr>
        <w:tc>
          <w:tcPr>
            <w:tcW w:type="dxa" w:w="850"/>
          </w:tcPr>
          <w:p>
            <w:r>
              <w:t>11</w:t>
            </w:r>
          </w:p>
        </w:tc>
        <w:tc>
          <w:tcPr>
            <w:tcW w:type="dxa" w:w="2835"/>
          </w:tcPr>
          <w:p>
            <w:r>
              <w:t>away</w:t>
            </w:r>
          </w:p>
        </w:tc>
        <w:tc>
          <w:tcPr>
            <w:tcW w:type="dxa" w:w="4535"/>
          </w:tcPr>
          <w:p>
            <w:r>
              <w:t>离开；远离</w:t>
            </w:r>
          </w:p>
        </w:tc>
      </w:tr>
      <w:tr>
        <w:tc>
          <w:tcPr>
            <w:tcW w:type="dxa" w:w="850"/>
          </w:tcPr>
          <w:p>
            <w:r>
              <w:t>12</w:t>
            </w:r>
          </w:p>
        </w:tc>
        <w:tc>
          <w:tcPr>
            <w:tcW w:type="dxa" w:w="2835"/>
          </w:tcPr>
          <w:p>
            <w:r>
              <w:t>booked</w:t>
            </w:r>
          </w:p>
        </w:tc>
        <w:tc>
          <w:tcPr>
            <w:tcW w:type="dxa" w:w="4535"/>
          </w:tcPr>
          <w:p>
            <w:r>
              <w:t>预订好的</w:t>
            </w:r>
          </w:p>
        </w:tc>
      </w:tr>
      <w:tr>
        <w:tc>
          <w:tcPr>
            <w:tcW w:type="dxa" w:w="850"/>
          </w:tcPr>
          <w:p>
            <w:r>
              <w:t>13</w:t>
            </w:r>
          </w:p>
        </w:tc>
        <w:tc>
          <w:tcPr>
            <w:tcW w:type="dxa" w:w="2835"/>
          </w:tcPr>
          <w:p>
            <w:r>
              <w:t>supposed</w:t>
            </w:r>
          </w:p>
        </w:tc>
        <w:tc>
          <w:tcPr>
            <w:tcW w:type="dxa" w:w="4535"/>
          </w:tcPr>
          <w:p>
            <w:r>
              <w:t>应该的(be supposed to)</w:t>
            </w:r>
          </w:p>
        </w:tc>
      </w:tr>
      <w:tr>
        <w:tc>
          <w:tcPr>
            <w:tcW w:type="dxa" w:w="850"/>
          </w:tcPr>
          <w:p>
            <w:r>
              <w:t>14</w:t>
            </w:r>
          </w:p>
        </w:tc>
        <w:tc>
          <w:tcPr>
            <w:tcW w:type="dxa" w:w="2835"/>
          </w:tcPr>
          <w:p>
            <w:r>
              <w:t>flight</w:t>
            </w:r>
          </w:p>
        </w:tc>
        <w:tc>
          <w:tcPr>
            <w:tcW w:type="dxa" w:w="4535"/>
          </w:tcPr>
          <w:p>
            <w:r>
              <w:t>航班</w:t>
            </w:r>
          </w:p>
        </w:tc>
      </w:tr>
      <w:tr>
        <w:tc>
          <w:tcPr>
            <w:tcW w:type="dxa" w:w="850"/>
          </w:tcPr>
          <w:p>
            <w:r>
              <w:t>15</w:t>
            </w:r>
          </w:p>
        </w:tc>
        <w:tc>
          <w:tcPr>
            <w:tcW w:type="dxa" w:w="2835"/>
          </w:tcPr>
          <w:p>
            <w:r>
              <w:t>drive</w:t>
            </w:r>
          </w:p>
        </w:tc>
        <w:tc>
          <w:tcPr>
            <w:tcW w:type="dxa" w:w="4535"/>
          </w:tcPr>
          <w:p>
            <w:r>
              <w:t>开车；车程</w:t>
            </w:r>
          </w:p>
        </w:tc>
      </w:tr>
      <w:tr>
        <w:tc>
          <w:tcPr>
            <w:tcW w:type="dxa" w:w="850"/>
          </w:tcPr>
          <w:p>
            <w:r>
              <w:t>16</w:t>
            </w:r>
          </w:p>
        </w:tc>
        <w:tc>
          <w:tcPr>
            <w:tcW w:type="dxa" w:w="2835"/>
          </w:tcPr>
          <w:p>
            <w:r>
              <w:t>trail</w:t>
            </w:r>
          </w:p>
        </w:tc>
        <w:tc>
          <w:tcPr>
            <w:tcW w:type="dxa" w:w="4535"/>
          </w:tcPr>
          <w:p>
            <w:r>
              <w:t>小径；路线</w:t>
            </w:r>
          </w:p>
        </w:tc>
      </w:tr>
      <w:tr>
        <w:tc>
          <w:tcPr>
            <w:tcW w:type="dxa" w:w="850"/>
          </w:tcPr>
          <w:p>
            <w:r>
              <w:t>17</w:t>
            </w:r>
          </w:p>
        </w:tc>
        <w:tc>
          <w:tcPr>
            <w:tcW w:type="dxa" w:w="2835"/>
          </w:tcPr>
          <w:p>
            <w:r>
              <w:t>explore</w:t>
            </w:r>
          </w:p>
        </w:tc>
        <w:tc>
          <w:tcPr>
            <w:tcW w:type="dxa" w:w="4535"/>
          </w:tcPr>
          <w:p>
            <w:r>
              <w:t>探索</w:t>
            </w:r>
          </w:p>
        </w:tc>
      </w:tr>
      <w:tr>
        <w:tc>
          <w:tcPr>
            <w:tcW w:type="dxa" w:w="850"/>
          </w:tcPr>
          <w:p>
            <w:r>
              <w:t>18</w:t>
            </w:r>
          </w:p>
        </w:tc>
        <w:tc>
          <w:tcPr>
            <w:tcW w:type="dxa" w:w="2835"/>
          </w:tcPr>
          <w:p>
            <w:r>
              <w:t>handle</w:t>
            </w:r>
          </w:p>
        </w:tc>
        <w:tc>
          <w:tcPr>
            <w:tcW w:type="dxa" w:w="4535"/>
          </w:tcPr>
          <w:p>
            <w:r>
              <w:t>处理，负责</w:t>
            </w:r>
          </w:p>
        </w:tc>
      </w:tr>
      <w:tr>
        <w:tc>
          <w:tcPr>
            <w:tcW w:type="dxa" w:w="850"/>
          </w:tcPr>
          <w:p>
            <w:r>
              <w:t>19</w:t>
            </w:r>
          </w:p>
        </w:tc>
        <w:tc>
          <w:tcPr>
            <w:tcW w:type="dxa" w:w="2835"/>
          </w:tcPr>
          <w:p>
            <w:r>
              <w:t>outside</w:t>
            </w:r>
          </w:p>
        </w:tc>
        <w:tc>
          <w:tcPr>
            <w:tcW w:type="dxa" w:w="4535"/>
          </w:tcPr>
          <w:p>
            <w:r>
              <w:t>在外面；户外</w:t>
            </w:r>
          </w:p>
        </w:tc>
      </w:tr>
      <w:tr>
        <w:tc>
          <w:tcPr>
            <w:tcW w:type="dxa" w:w="850"/>
          </w:tcPr>
          <w:p>
            <w:r>
              <w:t>20</w:t>
            </w:r>
          </w:p>
        </w:tc>
        <w:tc>
          <w:tcPr>
            <w:tcW w:type="dxa" w:w="2835"/>
          </w:tcPr>
          <w:p>
            <w:r>
              <w:t>rental</w:t>
            </w:r>
          </w:p>
        </w:tc>
        <w:tc>
          <w:tcPr>
            <w:tcW w:type="dxa" w:w="4535"/>
          </w:tcPr>
          <w:p>
            <w:r>
              <w:t>租赁的；出租</w:t>
            </w:r>
          </w:p>
        </w:tc>
      </w:tr>
      <w:tr>
        <w:tc>
          <w:tcPr>
            <w:tcW w:type="dxa" w:w="850"/>
          </w:tcPr>
          <w:p>
            <w:r>
              <w:t>21</w:t>
            </w:r>
          </w:p>
        </w:tc>
        <w:tc>
          <w:tcPr>
            <w:tcW w:type="dxa" w:w="2835"/>
          </w:tcPr>
          <w:p>
            <w:r>
              <w:t>earlier</w:t>
            </w:r>
          </w:p>
        </w:tc>
        <w:tc>
          <w:tcPr>
            <w:tcW w:type="dxa" w:w="4535"/>
          </w:tcPr>
          <w:p>
            <w:r>
              <w:t>更早的</w:t>
            </w:r>
          </w:p>
        </w:tc>
      </w:tr>
      <w:tr>
        <w:tc>
          <w:tcPr>
            <w:tcW w:type="dxa" w:w="850"/>
          </w:tcPr>
          <w:p>
            <w:r>
              <w:t>22</w:t>
            </w:r>
          </w:p>
        </w:tc>
        <w:tc>
          <w:tcPr>
            <w:tcW w:type="dxa" w:w="2835"/>
          </w:tcPr>
          <w:p>
            <w:r>
              <w:t>anyway</w:t>
            </w:r>
          </w:p>
        </w:tc>
        <w:tc>
          <w:tcPr>
            <w:tcW w:type="dxa" w:w="4535"/>
          </w:tcPr>
          <w:p>
            <w:r>
              <w:t>无论如何，反正</w:t>
            </w:r>
          </w:p>
        </w:tc>
      </w:tr>
      <w:tr>
        <w:tc>
          <w:tcPr>
            <w:tcW w:type="dxa" w:w="850"/>
          </w:tcPr>
          <w:p>
            <w:r>
              <w:t>23</w:t>
            </w:r>
          </w:p>
        </w:tc>
        <w:tc>
          <w:tcPr>
            <w:tcW w:type="dxa" w:w="2835"/>
          </w:tcPr>
          <w:p>
            <w:r>
              <w:t>vacation</w:t>
            </w:r>
          </w:p>
        </w:tc>
        <w:tc>
          <w:tcPr>
            <w:tcW w:type="dxa" w:w="4535"/>
          </w:tcPr>
          <w:p>
            <w:r>
              <w:t>假期</w:t>
            </w:r>
          </w:p>
        </w:tc>
      </w:tr>
      <w:tr>
        <w:tc>
          <w:tcPr>
            <w:tcW w:type="dxa" w:w="850"/>
          </w:tcPr>
          <w:p>
            <w:r>
              <w:t>24</w:t>
            </w:r>
          </w:p>
        </w:tc>
        <w:tc>
          <w:tcPr>
            <w:tcW w:type="dxa" w:w="2835"/>
          </w:tcPr>
          <w:p>
            <w:r>
              <w:t>smart</w:t>
            </w:r>
          </w:p>
        </w:tc>
        <w:tc>
          <w:tcPr>
            <w:tcW w:type="dxa" w:w="4535"/>
          </w:tcPr>
          <w:p>
            <w:r>
              <w:t>明智的</w:t>
            </w:r>
          </w:p>
        </w:tc>
      </w:tr>
      <w:tr>
        <w:tc>
          <w:tcPr>
            <w:tcW w:type="dxa" w:w="850"/>
          </w:tcPr>
          <w:p>
            <w:r>
              <w:t>25</w:t>
            </w:r>
          </w:p>
        </w:tc>
        <w:tc>
          <w:tcPr>
            <w:tcW w:type="dxa" w:w="2835"/>
          </w:tcPr>
          <w:p>
            <w:r>
              <w:t>chef</w:t>
            </w:r>
          </w:p>
        </w:tc>
        <w:tc>
          <w:tcPr>
            <w:tcW w:type="dxa" w:w="4535"/>
          </w:tcPr>
          <w:p>
            <w:r>
              <w:t>厨师</w:t>
            </w:r>
          </w:p>
        </w:tc>
      </w:tr>
      <w:tr>
        <w:tc>
          <w:tcPr>
            <w:tcW w:type="dxa" w:w="850"/>
          </w:tcPr>
          <w:p>
            <w:r>
              <w:t>26</w:t>
            </w:r>
          </w:p>
        </w:tc>
        <w:tc>
          <w:tcPr>
            <w:tcW w:type="dxa" w:w="2835"/>
          </w:tcPr>
          <w:p>
            <w:r>
              <w:t>garage</w:t>
            </w:r>
          </w:p>
        </w:tc>
        <w:tc>
          <w:tcPr>
            <w:tcW w:type="dxa" w:w="4535"/>
          </w:tcPr>
          <w:p>
            <w:r>
              <w:t>车库</w:t>
            </w:r>
          </w:p>
        </w:tc>
      </w:tr>
      <w:tr>
        <w:tc>
          <w:tcPr>
            <w:tcW w:type="dxa" w:w="850"/>
          </w:tcPr>
          <w:p>
            <w:r>
              <w:t>27</w:t>
            </w:r>
          </w:p>
        </w:tc>
        <w:tc>
          <w:tcPr>
            <w:tcW w:type="dxa" w:w="2835"/>
          </w:tcPr>
          <w:p>
            <w:r>
              <w:t>graduation</w:t>
            </w:r>
          </w:p>
        </w:tc>
        <w:tc>
          <w:tcPr>
            <w:tcW w:type="dxa" w:w="4535"/>
          </w:tcPr>
          <w:p>
            <w:r>
              <w:t>毕业</w:t>
            </w:r>
          </w:p>
        </w:tc>
      </w:tr>
      <w:tr>
        <w:tc>
          <w:tcPr>
            <w:tcW w:type="dxa" w:w="850"/>
          </w:tcPr>
          <w:p>
            <w:r>
              <w:t>28</w:t>
            </w:r>
          </w:p>
        </w:tc>
        <w:tc>
          <w:tcPr>
            <w:tcW w:type="dxa" w:w="2835"/>
          </w:tcPr>
          <w:p>
            <w:r>
              <w:t>suppose</w:t>
            </w:r>
          </w:p>
        </w:tc>
        <w:tc>
          <w:tcPr>
            <w:tcW w:type="dxa" w:w="4535"/>
          </w:tcPr>
          <w:p>
            <w:r>
              <w:t>猜想，认为</w:t>
            </w:r>
          </w:p>
        </w:tc>
      </w:tr>
      <w:tr>
        <w:tc>
          <w:tcPr>
            <w:tcW w:type="dxa" w:w="850"/>
          </w:tcPr>
          <w:p>
            <w:r>
              <w:t>29</w:t>
            </w:r>
          </w:p>
        </w:tc>
        <w:tc>
          <w:tcPr>
            <w:tcW w:type="dxa" w:w="2835"/>
          </w:tcPr>
          <w:p>
            <w:r>
              <w:t>hotel</w:t>
            </w:r>
          </w:p>
        </w:tc>
        <w:tc>
          <w:tcPr>
            <w:tcW w:type="dxa" w:w="4535"/>
          </w:tcPr>
          <w:p>
            <w:r>
              <w:t>酒店</w:t>
            </w:r>
          </w:p>
        </w:tc>
      </w:tr>
      <w:tr>
        <w:tc>
          <w:tcPr>
            <w:tcW w:type="dxa" w:w="850"/>
          </w:tcPr>
          <w:p>
            <w:r>
              <w:t>30</w:t>
            </w:r>
          </w:p>
        </w:tc>
        <w:tc>
          <w:tcPr>
            <w:tcW w:type="dxa" w:w="2835"/>
          </w:tcPr>
          <w:p>
            <w:r>
              <w:t>cabin</w:t>
            </w:r>
          </w:p>
        </w:tc>
        <w:tc>
          <w:tcPr>
            <w:tcW w:type="dxa" w:w="4535"/>
          </w:tcPr>
          <w:p>
            <w:r>
              <w:t>小木屋</w:t>
            </w:r>
          </w:p>
        </w:tc>
      </w:tr>
      <w:tr>
        <w:tc>
          <w:tcPr>
            <w:tcW w:type="dxa" w:w="850"/>
          </w:tcPr>
          <w:p>
            <w:r>
              <w:t>31</w:t>
            </w:r>
          </w:p>
        </w:tc>
        <w:tc>
          <w:tcPr>
            <w:tcW w:type="dxa" w:w="2835"/>
          </w:tcPr>
          <w:p>
            <w:r>
              <w:t>line</w:t>
            </w:r>
          </w:p>
        </w:tc>
        <w:tc>
          <w:tcPr>
            <w:tcW w:type="dxa" w:w="4535"/>
          </w:tcPr>
          <w:p>
            <w:r>
              <w:t>线路；队伍</w:t>
            </w:r>
          </w:p>
        </w:tc>
      </w:tr>
      <w:tr>
        <w:tc>
          <w:tcPr>
            <w:tcW w:type="dxa" w:w="850"/>
          </w:tcPr>
          <w:p>
            <w:r>
              <w:t>32</w:t>
            </w:r>
          </w:p>
        </w:tc>
        <w:tc>
          <w:tcPr>
            <w:tcW w:type="dxa" w:w="2835"/>
          </w:tcPr>
          <w:p>
            <w:r>
              <w:t>delay</w:t>
            </w:r>
          </w:p>
        </w:tc>
        <w:tc>
          <w:tcPr>
            <w:tcW w:type="dxa" w:w="4535"/>
          </w:tcPr>
          <w:p>
            <w:r>
              <w:t>延误，延迟</w:t>
            </w:r>
          </w:p>
        </w:tc>
      </w:tr>
      <w:tr>
        <w:tc>
          <w:tcPr>
            <w:tcW w:type="dxa" w:w="850"/>
          </w:tcPr>
          <w:p>
            <w:r>
              <w:t>33</w:t>
            </w:r>
          </w:p>
        </w:tc>
        <w:tc>
          <w:tcPr>
            <w:tcW w:type="dxa" w:w="2835"/>
          </w:tcPr>
          <w:p>
            <w:r>
              <w:t>fly</w:t>
            </w:r>
          </w:p>
        </w:tc>
        <w:tc>
          <w:tcPr>
            <w:tcW w:type="dxa" w:w="4535"/>
          </w:tcPr>
          <w:p>
            <w:r>
              <w:t>乘飞机；飞行</w:t>
            </w:r>
          </w:p>
        </w:tc>
      </w:tr>
      <w:tr>
        <w:tc>
          <w:tcPr>
            <w:tcW w:type="dxa" w:w="850"/>
          </w:tcPr>
          <w:p>
            <w:r>
              <w:t>34</w:t>
            </w:r>
          </w:p>
        </w:tc>
        <w:tc>
          <w:tcPr>
            <w:tcW w:type="dxa" w:w="2835"/>
          </w:tcPr>
          <w:p>
            <w:r>
              <w:t>cheap</w:t>
            </w:r>
          </w:p>
        </w:tc>
        <w:tc>
          <w:tcPr>
            <w:tcW w:type="dxa" w:w="4535"/>
          </w:tcPr>
          <w:p>
            <w:r>
              <w:t>便宜的</w:t>
            </w:r>
          </w:p>
        </w:tc>
      </w:tr>
      <w:tr>
        <w:tc>
          <w:tcPr>
            <w:tcW w:type="dxa" w:w="850"/>
          </w:tcPr>
          <w:p>
            <w:r>
              <w:t>35</w:t>
            </w:r>
          </w:p>
        </w:tc>
        <w:tc>
          <w:tcPr>
            <w:tcW w:type="dxa" w:w="2835"/>
          </w:tcPr>
          <w:p>
            <w:r>
              <w:t>mix</w:t>
            </w:r>
          </w:p>
        </w:tc>
        <w:tc>
          <w:tcPr>
            <w:tcW w:type="dxa" w:w="4535"/>
          </w:tcPr>
          <w:p>
            <w:r>
              <w:t>混合</w:t>
            </w:r>
          </w:p>
        </w:tc>
      </w:tr>
      <w:tr>
        <w:tc>
          <w:tcPr>
            <w:tcW w:type="dxa" w:w="850"/>
          </w:tcPr>
          <w:p>
            <w:r>
              <w:t>36</w:t>
            </w:r>
          </w:p>
        </w:tc>
        <w:tc>
          <w:tcPr>
            <w:tcW w:type="dxa" w:w="2835"/>
          </w:tcPr>
          <w:p>
            <w:r>
              <w:t>older</w:t>
            </w:r>
          </w:p>
        </w:tc>
        <w:tc>
          <w:tcPr>
            <w:tcW w:type="dxa" w:w="4535"/>
          </w:tcPr>
          <w:p>
            <w:r>
              <w:t>更老的</w:t>
            </w:r>
          </w:p>
        </w:tc>
      </w:tr>
      <w:tr>
        <w:tc>
          <w:tcPr>
            <w:tcW w:type="dxa" w:w="850"/>
          </w:tcPr>
          <w:p>
            <w:r>
              <w:t>37</w:t>
            </w:r>
          </w:p>
        </w:tc>
        <w:tc>
          <w:tcPr>
            <w:tcW w:type="dxa" w:w="2835"/>
          </w:tcPr>
          <w:p>
            <w:r>
              <w:t>perfect</w:t>
            </w:r>
          </w:p>
        </w:tc>
        <w:tc>
          <w:tcPr>
            <w:tcW w:type="dxa" w:w="4535"/>
          </w:tcPr>
          <w:p>
            <w:r>
              <w:t>完美的</w:t>
            </w:r>
          </w:p>
        </w:tc>
      </w:tr>
      <w:tr>
        <w:tc>
          <w:tcPr>
            <w:tcW w:type="dxa" w:w="850"/>
          </w:tcPr>
          <w:p>
            <w:r>
              <w:t>38</w:t>
            </w:r>
          </w:p>
        </w:tc>
        <w:tc>
          <w:tcPr>
            <w:tcW w:type="dxa" w:w="2835"/>
          </w:tcPr>
          <w:p>
            <w:r>
              <w:t>kitchen</w:t>
            </w:r>
          </w:p>
        </w:tc>
        <w:tc>
          <w:tcPr>
            <w:tcW w:type="dxa" w:w="4535"/>
          </w:tcPr>
          <w:p>
            <w:r>
              <w:t>厨房</w:t>
            </w:r>
          </w:p>
        </w:tc>
      </w:tr>
      <w:tr>
        <w:tc>
          <w:tcPr>
            <w:tcW w:type="dxa" w:w="850"/>
          </w:tcPr>
          <w:p>
            <w:r>
              <w:t>39</w:t>
            </w:r>
          </w:p>
        </w:tc>
        <w:tc>
          <w:tcPr>
            <w:tcW w:type="dxa" w:w="2835"/>
          </w:tcPr>
          <w:p>
            <w:r>
              <w:t>downtown</w:t>
            </w:r>
          </w:p>
        </w:tc>
        <w:tc>
          <w:tcPr>
            <w:tcW w:type="dxa" w:w="4535"/>
          </w:tcPr>
          <w:p>
            <w:r>
              <w:t>市中心</w:t>
            </w:r>
          </w:p>
        </w:tc>
      </w:tr>
      <w:tr>
        <w:tc>
          <w:tcPr>
            <w:tcW w:type="dxa" w:w="850"/>
          </w:tcPr>
          <w:p>
            <w:r>
              <w:t>40</w:t>
            </w:r>
          </w:p>
        </w:tc>
        <w:tc>
          <w:tcPr>
            <w:tcW w:type="dxa" w:w="2835"/>
          </w:tcPr>
          <w:p>
            <w:r>
              <w:t>far</w:t>
            </w:r>
          </w:p>
        </w:tc>
        <w:tc>
          <w:tcPr>
            <w:tcW w:type="dxa" w:w="4535"/>
          </w:tcPr>
          <w:p>
            <w:r>
              <w:t>远的</w:t>
            </w:r>
          </w:p>
        </w:tc>
      </w:tr>
      <w:tr>
        <w:tc>
          <w:tcPr>
            <w:tcW w:type="dxa" w:w="850"/>
          </w:tcPr>
          <w:p>
            <w:r>
              <w:t>41</w:t>
            </w:r>
          </w:p>
        </w:tc>
        <w:tc>
          <w:tcPr>
            <w:tcW w:type="dxa" w:w="2835"/>
          </w:tcPr>
          <w:p>
            <w:r>
              <w:t>party</w:t>
            </w:r>
          </w:p>
        </w:tc>
        <w:tc>
          <w:tcPr>
            <w:tcW w:type="dxa" w:w="4535"/>
          </w:tcPr>
          <w:p>
            <w:r>
              <w:t>聚会；政党</w:t>
            </w:r>
          </w:p>
        </w:tc>
      </w:tr>
      <w:tr>
        <w:tc>
          <w:tcPr>
            <w:tcW w:type="dxa" w:w="850"/>
          </w:tcPr>
          <w:p>
            <w:r>
              <w:t>42</w:t>
            </w:r>
          </w:p>
        </w:tc>
        <w:tc>
          <w:tcPr>
            <w:tcW w:type="dxa" w:w="2835"/>
          </w:tcPr>
          <w:p>
            <w:r>
              <w:t>clock</w:t>
            </w:r>
          </w:p>
        </w:tc>
        <w:tc>
          <w:tcPr>
            <w:tcW w:type="dxa" w:w="4535"/>
          </w:tcPr>
          <w:p>
            <w:r>
              <w:t>时钟</w:t>
            </w:r>
          </w:p>
        </w:tc>
      </w:tr>
      <w:tr>
        <w:tc>
          <w:tcPr>
            <w:tcW w:type="dxa" w:w="850"/>
          </w:tcPr>
          <w:p>
            <w:r>
              <w:t>43</w:t>
            </w:r>
          </w:p>
        </w:tc>
        <w:tc>
          <w:tcPr>
            <w:tcW w:type="dxa" w:w="2835"/>
          </w:tcPr>
          <w:p>
            <w:r>
              <w:t>advice</w:t>
            </w:r>
          </w:p>
        </w:tc>
        <w:tc>
          <w:tcPr>
            <w:tcW w:type="dxa" w:w="4535"/>
          </w:tcPr>
          <w:p>
            <w:r>
              <w:t>建议</w:t>
            </w:r>
          </w:p>
        </w:tc>
      </w:tr>
      <w:tr>
        <w:tc>
          <w:tcPr>
            <w:tcW w:type="dxa" w:w="850"/>
          </w:tcPr>
          <w:p>
            <w:r>
              <w:t>44</w:t>
            </w:r>
          </w:p>
        </w:tc>
        <w:tc>
          <w:tcPr>
            <w:tcW w:type="dxa" w:w="2835"/>
          </w:tcPr>
          <w:p>
            <w:r>
              <w:t>sushi</w:t>
            </w:r>
          </w:p>
        </w:tc>
        <w:tc>
          <w:tcPr>
            <w:tcW w:type="dxa" w:w="4535"/>
          </w:tcPr>
          <w:p>
            <w:r>
              <w:t>寿司</w:t>
            </w:r>
          </w:p>
        </w:tc>
      </w:tr>
      <w:tr>
        <w:tc>
          <w:tcPr>
            <w:tcW w:type="dxa" w:w="850"/>
          </w:tcPr>
          <w:p>
            <w:r>
              <w:t>45</w:t>
            </w:r>
          </w:p>
        </w:tc>
        <w:tc>
          <w:tcPr>
            <w:tcW w:type="dxa" w:w="2835"/>
          </w:tcPr>
          <w:p>
            <w:r>
              <w:t>apparently</w:t>
            </w:r>
          </w:p>
        </w:tc>
        <w:tc>
          <w:tcPr>
            <w:tcW w:type="dxa" w:w="4535"/>
          </w:tcPr>
          <w:p>
            <w:r>
              <w:t>显然</w:t>
            </w:r>
          </w:p>
        </w:tc>
      </w:tr>
      <w:tr>
        <w:tc>
          <w:tcPr>
            <w:tcW w:type="dxa" w:w="850"/>
          </w:tcPr>
          <w:p>
            <w:r>
              <w:t>46</w:t>
            </w:r>
          </w:p>
        </w:tc>
        <w:tc>
          <w:tcPr>
            <w:tcW w:type="dxa" w:w="2835"/>
          </w:tcPr>
          <w:p>
            <w:r>
              <w:t>tips</w:t>
            </w:r>
          </w:p>
        </w:tc>
        <w:tc>
          <w:tcPr>
            <w:tcW w:type="dxa" w:w="4535"/>
          </w:tcPr>
          <w:p>
            <w:r>
              <w:t>建议；小费</w:t>
            </w:r>
          </w:p>
        </w:tc>
      </w:tr>
      <w:tr>
        <w:tc>
          <w:tcPr>
            <w:tcW w:type="dxa" w:w="850"/>
          </w:tcPr>
          <w:p>
            <w:r>
              <w:t>47</w:t>
            </w:r>
          </w:p>
        </w:tc>
        <w:tc>
          <w:tcPr>
            <w:tcW w:type="dxa" w:w="2835"/>
          </w:tcPr>
          <w:p>
            <w:r>
              <w:t>quality</w:t>
            </w:r>
          </w:p>
        </w:tc>
        <w:tc>
          <w:tcPr>
            <w:tcW w:type="dxa" w:w="4535"/>
          </w:tcPr>
          <w:p>
            <w:r>
              <w:t>质量</w:t>
            </w:r>
          </w:p>
        </w:tc>
      </w:tr>
      <w:tr>
        <w:tc>
          <w:tcPr>
            <w:tcW w:type="dxa" w:w="850"/>
          </w:tcPr>
          <w:p>
            <w:r>
              <w:t>48</w:t>
            </w:r>
          </w:p>
        </w:tc>
        <w:tc>
          <w:tcPr>
            <w:tcW w:type="dxa" w:w="2835"/>
          </w:tcPr>
          <w:p>
            <w:r>
              <w:t>loves</w:t>
            </w:r>
          </w:p>
        </w:tc>
        <w:tc>
          <w:tcPr>
            <w:tcW w:type="dxa" w:w="4535"/>
          </w:tcPr>
          <w:p>
            <w:r>
              <w:t>热爱，喜爱</w:t>
            </w:r>
          </w:p>
        </w:tc>
      </w:tr>
      <w:tr>
        <w:tc>
          <w:tcPr>
            <w:tcW w:type="dxa" w:w="850"/>
          </w:tcPr>
          <w:p>
            <w:r>
              <w:t>49</w:t>
            </w:r>
          </w:p>
        </w:tc>
        <w:tc>
          <w:tcPr>
            <w:tcW w:type="dxa" w:w="2835"/>
          </w:tcPr>
          <w:p>
            <w:r>
              <w:t>fresh</w:t>
            </w:r>
          </w:p>
        </w:tc>
        <w:tc>
          <w:tcPr>
            <w:tcW w:type="dxa" w:w="4535"/>
          </w:tcPr>
          <w:p>
            <w:r>
              <w:t>新鲜的</w:t>
            </w:r>
          </w:p>
        </w:tc>
      </w:tr>
      <w:tr>
        <w:tc>
          <w:tcPr>
            <w:tcW w:type="dxa" w:w="850"/>
          </w:tcPr>
          <w:p>
            <w:r>
              <w:t>50</w:t>
            </w:r>
          </w:p>
        </w:tc>
        <w:tc>
          <w:tcPr>
            <w:tcW w:type="dxa" w:w="2835"/>
          </w:tcPr>
          <w:p>
            <w:r>
              <w:t>fact</w:t>
            </w:r>
          </w:p>
        </w:tc>
        <w:tc>
          <w:tcPr>
            <w:tcW w:type="dxa" w:w="4535"/>
          </w:tcPr>
          <w:p>
            <w:r>
              <w:t>事实</w:t>
            </w:r>
          </w:p>
        </w:tc>
      </w:tr>
    </w:tbl>
    <w:p/>
    <w:p>
      <w:pPr>
        <w:pStyle w:val="Heading1"/>
      </w:pPr>
      <w:r>
        <w:t>第9组（protein → stress）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850"/>
          </w:tcPr>
          <w:p>
            <w:r>
              <w:t>序号</w:t>
            </w:r>
          </w:p>
        </w:tc>
        <w:tc>
          <w:tcPr>
            <w:tcW w:type="dxa" w:w="2835"/>
          </w:tcPr>
          <w:p>
            <w:r>
              <w:t>英文单词</w:t>
            </w:r>
          </w:p>
        </w:tc>
        <w:tc>
          <w:tcPr>
            <w:tcW w:type="dxa" w:w="4535"/>
          </w:tcPr>
          <w:p>
            <w:r>
              <w:t>中文释义</w:t>
            </w:r>
          </w:p>
        </w:tc>
      </w:tr>
      <w:tr>
        <w:tc>
          <w:tcPr>
            <w:tcW w:type="dxa" w:w="850"/>
          </w:tcPr>
          <w:p>
            <w:r>
              <w:t>1</w:t>
            </w:r>
          </w:p>
        </w:tc>
        <w:tc>
          <w:tcPr>
            <w:tcW w:type="dxa" w:w="2835"/>
          </w:tcPr>
          <w:p>
            <w:r>
              <w:t>protein</w:t>
            </w:r>
          </w:p>
        </w:tc>
        <w:tc>
          <w:tcPr>
            <w:tcW w:type="dxa" w:w="4535"/>
          </w:tcPr>
          <w:p>
            <w:r>
              <w:t>蛋白质</w:t>
            </w:r>
          </w:p>
        </w:tc>
      </w:tr>
      <w:tr>
        <w:tc>
          <w:tcPr>
            <w:tcW w:type="dxa" w:w="850"/>
          </w:tcPr>
          <w:p>
            <w:r>
              <w:t>2</w:t>
            </w:r>
          </w:p>
        </w:tc>
        <w:tc>
          <w:tcPr>
            <w:tcW w:type="dxa" w:w="2835"/>
          </w:tcPr>
          <w:p>
            <w:r>
              <w:t>post</w:t>
            </w:r>
          </w:p>
        </w:tc>
        <w:tc>
          <w:tcPr>
            <w:tcW w:type="dxa" w:w="4535"/>
          </w:tcPr>
          <w:p>
            <w:r>
              <w:t>邮局；发布</w:t>
            </w:r>
          </w:p>
        </w:tc>
      </w:tr>
      <w:tr>
        <w:tc>
          <w:tcPr>
            <w:tcW w:type="dxa" w:w="850"/>
          </w:tcPr>
          <w:p>
            <w:r>
              <w:t>3</w:t>
            </w:r>
          </w:p>
        </w:tc>
        <w:tc>
          <w:tcPr>
            <w:tcW w:type="dxa" w:w="2835"/>
          </w:tcPr>
          <w:p>
            <w:r>
              <w:t>dessert</w:t>
            </w:r>
          </w:p>
        </w:tc>
        <w:tc>
          <w:tcPr>
            <w:tcW w:type="dxa" w:w="4535"/>
          </w:tcPr>
          <w:p>
            <w:r>
              <w:t>甜点</w:t>
            </w:r>
          </w:p>
        </w:tc>
      </w:tr>
      <w:tr>
        <w:tc>
          <w:tcPr>
            <w:tcW w:type="dxa" w:w="850"/>
          </w:tcPr>
          <w:p>
            <w:r>
              <w:t>4</w:t>
            </w:r>
          </w:p>
        </w:tc>
        <w:tc>
          <w:tcPr>
            <w:tcW w:type="dxa" w:w="2835"/>
          </w:tcPr>
          <w:p>
            <w:r>
              <w:t>bakery</w:t>
            </w:r>
          </w:p>
        </w:tc>
        <w:tc>
          <w:tcPr>
            <w:tcW w:type="dxa" w:w="4535"/>
          </w:tcPr>
          <w:p>
            <w:r>
              <w:t>面包店</w:t>
            </w:r>
          </w:p>
        </w:tc>
      </w:tr>
      <w:tr>
        <w:tc>
          <w:tcPr>
            <w:tcW w:type="dxa" w:w="850"/>
          </w:tcPr>
          <w:p>
            <w:r>
              <w:t>5</w:t>
            </w:r>
          </w:p>
        </w:tc>
        <w:tc>
          <w:tcPr>
            <w:tcW w:type="dxa" w:w="2835"/>
          </w:tcPr>
          <w:p>
            <w:r>
              <w:t>customer</w:t>
            </w:r>
          </w:p>
        </w:tc>
        <w:tc>
          <w:tcPr>
            <w:tcW w:type="dxa" w:w="4535"/>
          </w:tcPr>
          <w:p>
            <w:r>
              <w:t>顾客</w:t>
            </w:r>
          </w:p>
        </w:tc>
      </w:tr>
      <w:tr>
        <w:tc>
          <w:tcPr>
            <w:tcW w:type="dxa" w:w="850"/>
          </w:tcPr>
          <w:p>
            <w:r>
              <w:t>6</w:t>
            </w:r>
          </w:p>
        </w:tc>
        <w:tc>
          <w:tcPr>
            <w:tcW w:type="dxa" w:w="2835"/>
          </w:tcPr>
          <w:p>
            <w:r>
              <w:t>shot</w:t>
            </w:r>
          </w:p>
        </w:tc>
        <w:tc>
          <w:tcPr>
            <w:tcW w:type="dxa" w:w="4535"/>
          </w:tcPr>
          <w:p>
            <w:r>
              <w:t>尝试；拍摄</w:t>
            </w:r>
          </w:p>
        </w:tc>
      </w:tr>
      <w:tr>
        <w:tc>
          <w:tcPr>
            <w:tcW w:type="dxa" w:w="850"/>
          </w:tcPr>
          <w:p>
            <w:r>
              <w:t>7</w:t>
            </w:r>
          </w:p>
        </w:tc>
        <w:tc>
          <w:tcPr>
            <w:tcW w:type="dxa" w:w="2835"/>
          </w:tcPr>
          <w:p>
            <w:r>
              <w:t>delicious</w:t>
            </w:r>
          </w:p>
        </w:tc>
        <w:tc>
          <w:tcPr>
            <w:tcW w:type="dxa" w:w="4535"/>
          </w:tcPr>
          <w:p>
            <w:r>
              <w:t>美味的</w:t>
            </w:r>
          </w:p>
        </w:tc>
      </w:tr>
      <w:tr>
        <w:tc>
          <w:tcPr>
            <w:tcW w:type="dxa" w:w="850"/>
          </w:tcPr>
          <w:p>
            <w:r>
              <w:t>8</w:t>
            </w:r>
          </w:p>
        </w:tc>
        <w:tc>
          <w:tcPr>
            <w:tcW w:type="dxa" w:w="2835"/>
          </w:tcPr>
          <w:p>
            <w:r>
              <w:t>fill</w:t>
            </w:r>
          </w:p>
        </w:tc>
        <w:tc>
          <w:tcPr>
            <w:tcW w:type="dxa" w:w="4535"/>
          </w:tcPr>
          <w:p>
            <w:r>
              <w:t>填满</w:t>
            </w:r>
          </w:p>
        </w:tc>
      </w:tr>
      <w:tr>
        <w:tc>
          <w:tcPr>
            <w:tcW w:type="dxa" w:w="850"/>
          </w:tcPr>
          <w:p>
            <w:r>
              <w:t>9</w:t>
            </w:r>
          </w:p>
        </w:tc>
        <w:tc>
          <w:tcPr>
            <w:tcW w:type="dxa" w:w="2835"/>
          </w:tcPr>
          <w:p>
            <w:r>
              <w:t>recommendations</w:t>
            </w:r>
          </w:p>
        </w:tc>
        <w:tc>
          <w:tcPr>
            <w:tcW w:type="dxa" w:w="4535"/>
          </w:tcPr>
          <w:p>
            <w:r>
              <w:t>推荐</w:t>
            </w:r>
          </w:p>
        </w:tc>
      </w:tr>
      <w:tr>
        <w:tc>
          <w:tcPr>
            <w:tcW w:type="dxa" w:w="850"/>
          </w:tcPr>
          <w:p>
            <w:r>
              <w:t>10</w:t>
            </w:r>
          </w:p>
        </w:tc>
        <w:tc>
          <w:tcPr>
            <w:tcW w:type="dxa" w:w="2835"/>
          </w:tcPr>
          <w:p>
            <w:r>
              <w:t>dish</w:t>
            </w:r>
          </w:p>
        </w:tc>
        <w:tc>
          <w:tcPr>
            <w:tcW w:type="dxa" w:w="4535"/>
          </w:tcPr>
          <w:p>
            <w:r>
              <w:t>菜肴</w:t>
            </w:r>
          </w:p>
        </w:tc>
      </w:tr>
      <w:tr>
        <w:tc>
          <w:tcPr>
            <w:tcW w:type="dxa" w:w="850"/>
          </w:tcPr>
          <w:p>
            <w:r>
              <w:t>11</w:t>
            </w:r>
          </w:p>
        </w:tc>
        <w:tc>
          <w:tcPr>
            <w:tcW w:type="dxa" w:w="2835"/>
          </w:tcPr>
          <w:p>
            <w:r>
              <w:t>reservation</w:t>
            </w:r>
          </w:p>
        </w:tc>
        <w:tc>
          <w:tcPr>
            <w:tcW w:type="dxa" w:w="4535"/>
          </w:tcPr>
          <w:p>
            <w:r>
              <w:t>预订</w:t>
            </w:r>
          </w:p>
        </w:tc>
      </w:tr>
      <w:tr>
        <w:tc>
          <w:tcPr>
            <w:tcW w:type="dxa" w:w="850"/>
          </w:tcPr>
          <w:p>
            <w:r>
              <w:t>12</w:t>
            </w:r>
          </w:p>
        </w:tc>
        <w:tc>
          <w:tcPr>
            <w:tcW w:type="dxa" w:w="2835"/>
          </w:tcPr>
          <w:p>
            <w:r>
              <w:t>pasta</w:t>
            </w:r>
          </w:p>
        </w:tc>
        <w:tc>
          <w:tcPr>
            <w:tcW w:type="dxa" w:w="4535"/>
          </w:tcPr>
          <w:p>
            <w:r>
              <w:t>意大利面</w:t>
            </w:r>
          </w:p>
        </w:tc>
      </w:tr>
      <w:tr>
        <w:tc>
          <w:tcPr>
            <w:tcW w:type="dxa" w:w="850"/>
          </w:tcPr>
          <w:p>
            <w:r>
              <w:t>13</w:t>
            </w:r>
          </w:p>
        </w:tc>
        <w:tc>
          <w:tcPr>
            <w:tcW w:type="dxa" w:w="2835"/>
          </w:tcPr>
          <w:p>
            <w:r>
              <w:t>catch</w:t>
            </w:r>
          </w:p>
        </w:tc>
        <w:tc>
          <w:tcPr>
            <w:tcW w:type="dxa" w:w="4535"/>
          </w:tcPr>
          <w:p>
            <w:r>
              <w:t>赶上；看（比赛）</w:t>
            </w:r>
          </w:p>
        </w:tc>
      </w:tr>
      <w:tr>
        <w:tc>
          <w:tcPr>
            <w:tcW w:type="dxa" w:w="850"/>
          </w:tcPr>
          <w:p>
            <w:r>
              <w:t>14</w:t>
            </w:r>
          </w:p>
        </w:tc>
        <w:tc>
          <w:tcPr>
            <w:tcW w:type="dxa" w:w="2835"/>
          </w:tcPr>
          <w:p>
            <w:r>
              <w:t>nuts</w:t>
            </w:r>
          </w:p>
        </w:tc>
        <w:tc>
          <w:tcPr>
            <w:tcW w:type="dxa" w:w="4535"/>
          </w:tcPr>
          <w:p>
            <w:r>
              <w:t>坚果</w:t>
            </w:r>
          </w:p>
        </w:tc>
      </w:tr>
      <w:tr>
        <w:tc>
          <w:tcPr>
            <w:tcW w:type="dxa" w:w="850"/>
          </w:tcPr>
          <w:p>
            <w:r>
              <w:t>15</w:t>
            </w:r>
          </w:p>
        </w:tc>
        <w:tc>
          <w:tcPr>
            <w:tcW w:type="dxa" w:w="2835"/>
          </w:tcPr>
          <w:p>
            <w:r>
              <w:t>switch</w:t>
            </w:r>
          </w:p>
        </w:tc>
        <w:tc>
          <w:tcPr>
            <w:tcW w:type="dxa" w:w="4535"/>
          </w:tcPr>
          <w:p>
            <w:r>
              <w:t>转换；改变</w:t>
            </w:r>
          </w:p>
        </w:tc>
      </w:tr>
      <w:tr>
        <w:tc>
          <w:tcPr>
            <w:tcW w:type="dxa" w:w="850"/>
          </w:tcPr>
          <w:p>
            <w:r>
              <w:t>16</w:t>
            </w:r>
          </w:p>
        </w:tc>
        <w:tc>
          <w:tcPr>
            <w:tcW w:type="dxa" w:w="2835"/>
          </w:tcPr>
          <w:p>
            <w:r>
              <w:t>behind</w:t>
            </w:r>
          </w:p>
        </w:tc>
        <w:tc>
          <w:tcPr>
            <w:tcW w:type="dxa" w:w="4535"/>
          </w:tcPr>
          <w:p>
            <w:r>
              <w:t>在后面；落后</w:t>
            </w:r>
          </w:p>
        </w:tc>
      </w:tr>
      <w:tr>
        <w:tc>
          <w:tcPr>
            <w:tcW w:type="dxa" w:w="850"/>
          </w:tcPr>
          <w:p>
            <w:r>
              <w:t>17</w:t>
            </w:r>
          </w:p>
        </w:tc>
        <w:tc>
          <w:tcPr>
            <w:tcW w:type="dxa" w:w="2835"/>
          </w:tcPr>
          <w:p>
            <w:r>
              <w:t>crumpet</w:t>
            </w:r>
          </w:p>
        </w:tc>
        <w:tc>
          <w:tcPr>
            <w:tcW w:type="dxa" w:w="4535"/>
          </w:tcPr>
          <w:p>
            <w:r>
              <w:t>烤面饼（英式茶点）</w:t>
            </w:r>
          </w:p>
        </w:tc>
      </w:tr>
      <w:tr>
        <w:tc>
          <w:tcPr>
            <w:tcW w:type="dxa" w:w="850"/>
          </w:tcPr>
          <w:p>
            <w:r>
              <w:t>18</w:t>
            </w:r>
          </w:p>
        </w:tc>
        <w:tc>
          <w:tcPr>
            <w:tcW w:type="dxa" w:w="2835"/>
          </w:tcPr>
          <w:p>
            <w:r>
              <w:t>consider</w:t>
            </w:r>
          </w:p>
        </w:tc>
        <w:tc>
          <w:tcPr>
            <w:tcW w:type="dxa" w:w="4535"/>
          </w:tcPr>
          <w:p>
            <w:r>
              <w:t>考虑</w:t>
            </w:r>
          </w:p>
        </w:tc>
      </w:tr>
      <w:tr>
        <w:tc>
          <w:tcPr>
            <w:tcW w:type="dxa" w:w="850"/>
          </w:tcPr>
          <w:p>
            <w:r>
              <w:t>19</w:t>
            </w:r>
          </w:p>
        </w:tc>
        <w:tc>
          <w:tcPr>
            <w:tcW w:type="dxa" w:w="2835"/>
          </w:tcPr>
          <w:p>
            <w:r>
              <w:t>internship</w:t>
            </w:r>
          </w:p>
        </w:tc>
        <w:tc>
          <w:tcPr>
            <w:tcW w:type="dxa" w:w="4535"/>
          </w:tcPr>
          <w:p>
            <w:r>
              <w:t>实习</w:t>
            </w:r>
          </w:p>
        </w:tc>
      </w:tr>
      <w:tr>
        <w:tc>
          <w:tcPr>
            <w:tcW w:type="dxa" w:w="850"/>
          </w:tcPr>
          <w:p>
            <w:r>
              <w:t>20</w:t>
            </w:r>
          </w:p>
        </w:tc>
        <w:tc>
          <w:tcPr>
            <w:tcW w:type="dxa" w:w="2835"/>
          </w:tcPr>
          <w:p>
            <w:r>
              <w:t>cover</w:t>
            </w:r>
          </w:p>
        </w:tc>
        <w:tc>
          <w:tcPr>
            <w:tcW w:type="dxa" w:w="4535"/>
          </w:tcPr>
          <w:p>
            <w:r>
              <w:t>涉及；涵盖</w:t>
            </w:r>
          </w:p>
        </w:tc>
      </w:tr>
      <w:tr>
        <w:tc>
          <w:tcPr>
            <w:tcW w:type="dxa" w:w="850"/>
          </w:tcPr>
          <w:p>
            <w:r>
              <w:t>21</w:t>
            </w:r>
          </w:p>
        </w:tc>
        <w:tc>
          <w:tcPr>
            <w:tcW w:type="dxa" w:w="2835"/>
          </w:tcPr>
          <w:p>
            <w:r>
              <w:t>development</w:t>
            </w:r>
          </w:p>
        </w:tc>
        <w:tc>
          <w:tcPr>
            <w:tcW w:type="dxa" w:w="4535"/>
          </w:tcPr>
          <w:p>
            <w:r>
              <w:t>发展</w:t>
            </w:r>
          </w:p>
        </w:tc>
      </w:tr>
      <w:tr>
        <w:tc>
          <w:tcPr>
            <w:tcW w:type="dxa" w:w="850"/>
          </w:tcPr>
          <w:p>
            <w:r>
              <w:t>22</w:t>
            </w:r>
          </w:p>
        </w:tc>
        <w:tc>
          <w:tcPr>
            <w:tcW w:type="dxa" w:w="2835"/>
          </w:tcPr>
          <w:p>
            <w:r>
              <w:t>hectic</w:t>
            </w:r>
          </w:p>
        </w:tc>
        <w:tc>
          <w:tcPr>
            <w:tcW w:type="dxa" w:w="4535"/>
          </w:tcPr>
          <w:p>
            <w:r>
              <w:t>忙碌的，忙乱的</w:t>
            </w:r>
          </w:p>
        </w:tc>
      </w:tr>
      <w:tr>
        <w:tc>
          <w:tcPr>
            <w:tcW w:type="dxa" w:w="850"/>
          </w:tcPr>
          <w:p>
            <w:r>
              <w:t>23</w:t>
            </w:r>
          </w:p>
        </w:tc>
        <w:tc>
          <w:tcPr>
            <w:tcW w:type="dxa" w:w="2835"/>
          </w:tcPr>
          <w:p>
            <w:r>
              <w:t>flexibility</w:t>
            </w:r>
          </w:p>
        </w:tc>
        <w:tc>
          <w:tcPr>
            <w:tcW w:type="dxa" w:w="4535"/>
          </w:tcPr>
          <w:p>
            <w:r>
              <w:t>灵活性</w:t>
            </w:r>
          </w:p>
        </w:tc>
      </w:tr>
      <w:tr>
        <w:tc>
          <w:tcPr>
            <w:tcW w:type="dxa" w:w="850"/>
          </w:tcPr>
          <w:p>
            <w:r>
              <w:t>24</w:t>
            </w:r>
          </w:p>
        </w:tc>
        <w:tc>
          <w:tcPr>
            <w:tcW w:type="dxa" w:w="2835"/>
          </w:tcPr>
          <w:p>
            <w:r>
              <w:t>surprise</w:t>
            </w:r>
          </w:p>
        </w:tc>
        <w:tc>
          <w:tcPr>
            <w:tcW w:type="dxa" w:w="4535"/>
          </w:tcPr>
          <w:p>
            <w:r>
              <w:t>惊喜；惊讶</w:t>
            </w:r>
          </w:p>
        </w:tc>
      </w:tr>
      <w:tr>
        <w:tc>
          <w:tcPr>
            <w:tcW w:type="dxa" w:w="850"/>
          </w:tcPr>
          <w:p>
            <w:r>
              <w:t>25</w:t>
            </w:r>
          </w:p>
        </w:tc>
        <w:tc>
          <w:tcPr>
            <w:tcW w:type="dxa" w:w="2835"/>
          </w:tcPr>
          <w:p>
            <w:r>
              <w:t>expected</w:t>
            </w:r>
          </w:p>
        </w:tc>
        <w:tc>
          <w:tcPr>
            <w:tcW w:type="dxa" w:w="4535"/>
          </w:tcPr>
          <w:p>
            <w:r>
              <w:t>预期的</w:t>
            </w:r>
          </w:p>
        </w:tc>
      </w:tr>
      <w:tr>
        <w:tc>
          <w:tcPr>
            <w:tcW w:type="dxa" w:w="850"/>
          </w:tcPr>
          <w:p>
            <w:r>
              <w:t>26</w:t>
            </w:r>
          </w:p>
        </w:tc>
        <w:tc>
          <w:tcPr>
            <w:tcW w:type="dxa" w:w="2835"/>
          </w:tcPr>
          <w:p>
            <w:r>
              <w:t>agency</w:t>
            </w:r>
          </w:p>
        </w:tc>
        <w:tc>
          <w:tcPr>
            <w:tcW w:type="dxa" w:w="4535"/>
          </w:tcPr>
          <w:p>
            <w:r>
              <w:t>机构</w:t>
            </w:r>
          </w:p>
        </w:tc>
      </w:tr>
      <w:tr>
        <w:tc>
          <w:tcPr>
            <w:tcW w:type="dxa" w:w="850"/>
          </w:tcPr>
          <w:p>
            <w:r>
              <w:t>27</w:t>
            </w:r>
          </w:p>
        </w:tc>
        <w:tc>
          <w:tcPr>
            <w:tcW w:type="dxa" w:w="2835"/>
          </w:tcPr>
          <w:p>
            <w:r>
              <w:t>gonna</w:t>
            </w:r>
          </w:p>
        </w:tc>
        <w:tc>
          <w:tcPr>
            <w:tcW w:type="dxa" w:w="4535"/>
          </w:tcPr>
          <w:p>
            <w:r>
              <w:t>将要(going to的口语)</w:t>
            </w:r>
          </w:p>
        </w:tc>
      </w:tr>
      <w:tr>
        <w:tc>
          <w:tcPr>
            <w:tcW w:type="dxa" w:w="850"/>
          </w:tcPr>
          <w:p>
            <w:r>
              <w:t>28</w:t>
            </w:r>
          </w:p>
        </w:tc>
        <w:tc>
          <w:tcPr>
            <w:tcW w:type="dxa" w:w="2835"/>
          </w:tcPr>
          <w:p>
            <w:r>
              <w:t>figure</w:t>
            </w:r>
          </w:p>
        </w:tc>
        <w:tc>
          <w:tcPr>
            <w:tcW w:type="dxa" w:w="4535"/>
          </w:tcPr>
          <w:p>
            <w:r>
              <w:t>弄明白；数字</w:t>
            </w:r>
          </w:p>
        </w:tc>
      </w:tr>
      <w:tr>
        <w:tc>
          <w:tcPr>
            <w:tcW w:type="dxa" w:w="850"/>
          </w:tcPr>
          <w:p>
            <w:r>
              <w:t>29</w:t>
            </w:r>
          </w:p>
        </w:tc>
        <w:tc>
          <w:tcPr>
            <w:tcW w:type="dxa" w:w="2835"/>
          </w:tcPr>
          <w:p>
            <w:r>
              <w:t>download</w:t>
            </w:r>
          </w:p>
        </w:tc>
        <w:tc>
          <w:tcPr>
            <w:tcW w:type="dxa" w:w="4535"/>
          </w:tcPr>
          <w:p>
            <w:r>
              <w:t>下载</w:t>
            </w:r>
          </w:p>
        </w:tc>
      </w:tr>
      <w:tr>
        <w:tc>
          <w:tcPr>
            <w:tcW w:type="dxa" w:w="850"/>
          </w:tcPr>
          <w:p>
            <w:r>
              <w:t>30</w:t>
            </w:r>
          </w:p>
        </w:tc>
        <w:tc>
          <w:tcPr>
            <w:tcW w:type="dxa" w:w="2835"/>
          </w:tcPr>
          <w:p>
            <w:r>
              <w:t>upgrade</w:t>
            </w:r>
          </w:p>
        </w:tc>
        <w:tc>
          <w:tcPr>
            <w:tcW w:type="dxa" w:w="4535"/>
          </w:tcPr>
          <w:p>
            <w:r>
              <w:t>升级</w:t>
            </w:r>
          </w:p>
        </w:tc>
      </w:tr>
      <w:tr>
        <w:tc>
          <w:tcPr>
            <w:tcW w:type="dxa" w:w="850"/>
          </w:tcPr>
          <w:p>
            <w:r>
              <w:t>31</w:t>
            </w:r>
          </w:p>
        </w:tc>
        <w:tc>
          <w:tcPr>
            <w:tcW w:type="dxa" w:w="2835"/>
          </w:tcPr>
          <w:p>
            <w:r>
              <w:t>field</w:t>
            </w:r>
          </w:p>
        </w:tc>
        <w:tc>
          <w:tcPr>
            <w:tcW w:type="dxa" w:w="4535"/>
          </w:tcPr>
          <w:p>
            <w:r>
              <w:t>野外；领域</w:t>
            </w:r>
          </w:p>
        </w:tc>
      </w:tr>
      <w:tr>
        <w:tc>
          <w:tcPr>
            <w:tcW w:type="dxa" w:w="850"/>
          </w:tcPr>
          <w:p>
            <w:r>
              <w:t>32</w:t>
            </w:r>
          </w:p>
        </w:tc>
        <w:tc>
          <w:tcPr>
            <w:tcW w:type="dxa" w:w="2835"/>
          </w:tcPr>
          <w:p>
            <w:r>
              <w:t>supply</w:t>
            </w:r>
          </w:p>
        </w:tc>
        <w:tc>
          <w:tcPr>
            <w:tcW w:type="dxa" w:w="4535"/>
          </w:tcPr>
          <w:p>
            <w:r>
              <w:t>供应；物资</w:t>
            </w:r>
          </w:p>
        </w:tc>
      </w:tr>
      <w:tr>
        <w:tc>
          <w:tcPr>
            <w:tcW w:type="dxa" w:w="850"/>
          </w:tcPr>
          <w:p>
            <w:r>
              <w:t>33</w:t>
            </w:r>
          </w:p>
        </w:tc>
        <w:tc>
          <w:tcPr>
            <w:tcW w:type="dxa" w:w="2835"/>
          </w:tcPr>
          <w:p>
            <w:r>
              <w:t>knife</w:t>
            </w:r>
          </w:p>
        </w:tc>
        <w:tc>
          <w:tcPr>
            <w:tcW w:type="dxa" w:w="4535"/>
          </w:tcPr>
          <w:p>
            <w:r>
              <w:t>刀</w:t>
            </w:r>
          </w:p>
        </w:tc>
      </w:tr>
      <w:tr>
        <w:tc>
          <w:tcPr>
            <w:tcW w:type="dxa" w:w="850"/>
          </w:tcPr>
          <w:p>
            <w:r>
              <w:t>34</w:t>
            </w:r>
          </w:p>
        </w:tc>
        <w:tc>
          <w:tcPr>
            <w:tcW w:type="dxa" w:w="2835"/>
          </w:tcPr>
          <w:p>
            <w:r>
              <w:t>basic</w:t>
            </w:r>
          </w:p>
        </w:tc>
        <w:tc>
          <w:tcPr>
            <w:tcW w:type="dxa" w:w="4535"/>
          </w:tcPr>
          <w:p>
            <w:r>
              <w:t>基本的</w:t>
            </w:r>
          </w:p>
        </w:tc>
      </w:tr>
      <w:tr>
        <w:tc>
          <w:tcPr>
            <w:tcW w:type="dxa" w:w="850"/>
          </w:tcPr>
          <w:p>
            <w:r>
              <w:t>35</w:t>
            </w:r>
          </w:p>
        </w:tc>
        <w:tc>
          <w:tcPr>
            <w:tcW w:type="dxa" w:w="2835"/>
          </w:tcPr>
          <w:p>
            <w:r>
              <w:t>sale</w:t>
            </w:r>
          </w:p>
        </w:tc>
        <w:tc>
          <w:tcPr>
            <w:tcW w:type="dxa" w:w="4535"/>
          </w:tcPr>
          <w:p>
            <w:r>
              <w:t>销售；促销</w:t>
            </w:r>
          </w:p>
        </w:tc>
      </w:tr>
      <w:tr>
        <w:tc>
          <w:tcPr>
            <w:tcW w:type="dxa" w:w="850"/>
          </w:tcPr>
          <w:p>
            <w:r>
              <w:t>36</w:t>
            </w:r>
          </w:p>
        </w:tc>
        <w:tc>
          <w:tcPr>
            <w:tcW w:type="dxa" w:w="2835"/>
          </w:tcPr>
          <w:p>
            <w:r>
              <w:t>stock</w:t>
            </w:r>
          </w:p>
        </w:tc>
        <w:tc>
          <w:tcPr>
            <w:tcW w:type="dxa" w:w="4535"/>
          </w:tcPr>
          <w:p>
            <w:r>
              <w:t>库存；股票</w:t>
            </w:r>
          </w:p>
        </w:tc>
      </w:tr>
      <w:tr>
        <w:tc>
          <w:tcPr>
            <w:tcW w:type="dxa" w:w="850"/>
          </w:tcPr>
          <w:p>
            <w:r>
              <w:t>37</w:t>
            </w:r>
          </w:p>
        </w:tc>
        <w:tc>
          <w:tcPr>
            <w:tcW w:type="dxa" w:w="2835"/>
          </w:tcPr>
          <w:p>
            <w:r>
              <w:t>size</w:t>
            </w:r>
          </w:p>
        </w:tc>
        <w:tc>
          <w:tcPr>
            <w:tcW w:type="dxa" w:w="4535"/>
          </w:tcPr>
          <w:p>
            <w:r>
              <w:t>尺寸</w:t>
            </w:r>
          </w:p>
        </w:tc>
      </w:tr>
      <w:tr>
        <w:tc>
          <w:tcPr>
            <w:tcW w:type="dxa" w:w="850"/>
          </w:tcPr>
          <w:p>
            <w:r>
              <w:t>38</w:t>
            </w:r>
          </w:p>
        </w:tc>
        <w:tc>
          <w:tcPr>
            <w:tcW w:type="dxa" w:w="2835"/>
          </w:tcPr>
          <w:p>
            <w:r>
              <w:t>exchange</w:t>
            </w:r>
          </w:p>
        </w:tc>
        <w:tc>
          <w:tcPr>
            <w:tcW w:type="dxa" w:w="4535"/>
          </w:tcPr>
          <w:p>
            <w:r>
              <w:t>交换</w:t>
            </w:r>
          </w:p>
        </w:tc>
      </w:tr>
      <w:tr>
        <w:tc>
          <w:tcPr>
            <w:tcW w:type="dxa" w:w="850"/>
          </w:tcPr>
          <w:p>
            <w:r>
              <w:t>39</w:t>
            </w:r>
          </w:p>
        </w:tc>
        <w:tc>
          <w:tcPr>
            <w:tcW w:type="dxa" w:w="2835"/>
          </w:tcPr>
          <w:p>
            <w:r>
              <w:t>selection</w:t>
            </w:r>
          </w:p>
        </w:tc>
        <w:tc>
          <w:tcPr>
            <w:tcW w:type="dxa" w:w="4535"/>
          </w:tcPr>
          <w:p>
            <w:r>
              <w:t>选择</w:t>
            </w:r>
          </w:p>
        </w:tc>
      </w:tr>
      <w:tr>
        <w:tc>
          <w:tcPr>
            <w:tcW w:type="dxa" w:w="850"/>
          </w:tcPr>
          <w:p>
            <w:r>
              <w:t>40</w:t>
            </w:r>
          </w:p>
        </w:tc>
        <w:tc>
          <w:tcPr>
            <w:tcW w:type="dxa" w:w="2835"/>
          </w:tcPr>
          <w:p>
            <w:r>
              <w:t>reasonable</w:t>
            </w:r>
          </w:p>
        </w:tc>
        <w:tc>
          <w:tcPr>
            <w:tcW w:type="dxa" w:w="4535"/>
          </w:tcPr>
          <w:p>
            <w:r>
              <w:t>合理的</w:t>
            </w:r>
          </w:p>
        </w:tc>
      </w:tr>
      <w:tr>
        <w:tc>
          <w:tcPr>
            <w:tcW w:type="dxa" w:w="850"/>
          </w:tcPr>
          <w:p>
            <w:r>
              <w:t>41</w:t>
            </w:r>
          </w:p>
        </w:tc>
        <w:tc>
          <w:tcPr>
            <w:tcW w:type="dxa" w:w="2835"/>
          </w:tcPr>
          <w:p>
            <w:r>
              <w:t>couple</w:t>
            </w:r>
          </w:p>
        </w:tc>
        <w:tc>
          <w:tcPr>
            <w:tcW w:type="dxa" w:w="4535"/>
          </w:tcPr>
          <w:p>
            <w:r>
              <w:t>几个；一对</w:t>
            </w:r>
          </w:p>
        </w:tc>
      </w:tr>
      <w:tr>
        <w:tc>
          <w:tcPr>
            <w:tcW w:type="dxa" w:w="850"/>
          </w:tcPr>
          <w:p>
            <w:r>
              <w:t>42</w:t>
            </w:r>
          </w:p>
        </w:tc>
        <w:tc>
          <w:tcPr>
            <w:tcW w:type="dxa" w:w="2835"/>
          </w:tcPr>
          <w:p>
            <w:r>
              <w:t>option</w:t>
            </w:r>
          </w:p>
        </w:tc>
        <w:tc>
          <w:tcPr>
            <w:tcW w:type="dxa" w:w="4535"/>
          </w:tcPr>
          <w:p>
            <w:r>
              <w:t>选项</w:t>
            </w:r>
          </w:p>
        </w:tc>
      </w:tr>
      <w:tr>
        <w:tc>
          <w:tcPr>
            <w:tcW w:type="dxa" w:w="850"/>
          </w:tcPr>
          <w:p>
            <w:r>
              <w:t>43</w:t>
            </w:r>
          </w:p>
        </w:tc>
        <w:tc>
          <w:tcPr>
            <w:tcW w:type="dxa" w:w="2835"/>
          </w:tcPr>
          <w:p>
            <w:r>
              <w:t>almost</w:t>
            </w:r>
          </w:p>
        </w:tc>
        <w:tc>
          <w:tcPr>
            <w:tcW w:type="dxa" w:w="4535"/>
          </w:tcPr>
          <w:p>
            <w:r>
              <w:t>几乎</w:t>
            </w:r>
          </w:p>
        </w:tc>
      </w:tr>
      <w:tr>
        <w:tc>
          <w:tcPr>
            <w:tcW w:type="dxa" w:w="850"/>
          </w:tcPr>
          <w:p>
            <w:r>
              <w:t>44</w:t>
            </w:r>
          </w:p>
        </w:tc>
        <w:tc>
          <w:tcPr>
            <w:tcW w:type="dxa" w:w="2835"/>
          </w:tcPr>
          <w:p>
            <w:r>
              <w:t>unit</w:t>
            </w:r>
          </w:p>
        </w:tc>
        <w:tc>
          <w:tcPr>
            <w:tcW w:type="dxa" w:w="4535"/>
          </w:tcPr>
          <w:p>
            <w:r>
              <w:t>单元；单位</w:t>
            </w:r>
          </w:p>
        </w:tc>
      </w:tr>
      <w:tr>
        <w:tc>
          <w:tcPr>
            <w:tcW w:type="dxa" w:w="850"/>
          </w:tcPr>
          <w:p>
            <w:r>
              <w:t>45</w:t>
            </w:r>
          </w:p>
        </w:tc>
        <w:tc>
          <w:tcPr>
            <w:tcW w:type="dxa" w:w="2835"/>
          </w:tcPr>
          <w:p>
            <w:r>
              <w:t>seem</w:t>
            </w:r>
          </w:p>
        </w:tc>
        <w:tc>
          <w:tcPr>
            <w:tcW w:type="dxa" w:w="4535"/>
          </w:tcPr>
          <w:p>
            <w:r>
              <w:t>似乎</w:t>
            </w:r>
          </w:p>
        </w:tc>
      </w:tr>
      <w:tr>
        <w:tc>
          <w:tcPr>
            <w:tcW w:type="dxa" w:w="850"/>
          </w:tcPr>
          <w:p>
            <w:r>
              <w:t>46</w:t>
            </w:r>
          </w:p>
        </w:tc>
        <w:tc>
          <w:tcPr>
            <w:tcW w:type="dxa" w:w="2835"/>
          </w:tcPr>
          <w:p>
            <w:r>
              <w:t>guitar</w:t>
            </w:r>
          </w:p>
        </w:tc>
        <w:tc>
          <w:tcPr>
            <w:tcW w:type="dxa" w:w="4535"/>
          </w:tcPr>
          <w:p>
            <w:r>
              <w:t>吉他</w:t>
            </w:r>
          </w:p>
        </w:tc>
      </w:tr>
      <w:tr>
        <w:tc>
          <w:tcPr>
            <w:tcW w:type="dxa" w:w="850"/>
          </w:tcPr>
          <w:p>
            <w:r>
              <w:t>47</w:t>
            </w:r>
          </w:p>
        </w:tc>
        <w:tc>
          <w:tcPr>
            <w:tcW w:type="dxa" w:w="2835"/>
          </w:tcPr>
          <w:p>
            <w:r>
              <w:t>origami</w:t>
            </w:r>
          </w:p>
        </w:tc>
        <w:tc>
          <w:tcPr>
            <w:tcW w:type="dxa" w:w="4535"/>
          </w:tcPr>
          <w:p>
            <w:r>
              <w:t>折纸</w:t>
            </w:r>
          </w:p>
        </w:tc>
      </w:tr>
      <w:tr>
        <w:tc>
          <w:tcPr>
            <w:tcW w:type="dxa" w:w="850"/>
          </w:tcPr>
          <w:p>
            <w:r>
              <w:t>48</w:t>
            </w:r>
          </w:p>
        </w:tc>
        <w:tc>
          <w:tcPr>
            <w:tcW w:type="dxa" w:w="2835"/>
          </w:tcPr>
          <w:p>
            <w:r>
              <w:t>shape</w:t>
            </w:r>
          </w:p>
        </w:tc>
        <w:tc>
          <w:tcPr>
            <w:tcW w:type="dxa" w:w="4535"/>
          </w:tcPr>
          <w:p>
            <w:r>
              <w:t>形状</w:t>
            </w:r>
          </w:p>
        </w:tc>
      </w:tr>
      <w:tr>
        <w:tc>
          <w:tcPr>
            <w:tcW w:type="dxa" w:w="850"/>
          </w:tcPr>
          <w:p>
            <w:r>
              <w:t>49</w:t>
            </w:r>
          </w:p>
        </w:tc>
        <w:tc>
          <w:tcPr>
            <w:tcW w:type="dxa" w:w="2835"/>
          </w:tcPr>
          <w:p>
            <w:r>
              <w:t>yoga</w:t>
            </w:r>
          </w:p>
        </w:tc>
        <w:tc>
          <w:tcPr>
            <w:tcW w:type="dxa" w:w="4535"/>
          </w:tcPr>
          <w:p>
            <w:r>
              <w:t>瑜伽</w:t>
            </w:r>
          </w:p>
        </w:tc>
      </w:tr>
      <w:tr>
        <w:tc>
          <w:tcPr>
            <w:tcW w:type="dxa" w:w="850"/>
          </w:tcPr>
          <w:p>
            <w:r>
              <w:t>50</w:t>
            </w:r>
          </w:p>
        </w:tc>
        <w:tc>
          <w:tcPr>
            <w:tcW w:type="dxa" w:w="2835"/>
          </w:tcPr>
          <w:p>
            <w:r>
              <w:t>stress</w:t>
            </w:r>
          </w:p>
        </w:tc>
        <w:tc>
          <w:tcPr>
            <w:tcW w:type="dxa" w:w="4535"/>
          </w:tcPr>
          <w:p>
            <w:r>
              <w:t>压力</w:t>
            </w:r>
          </w:p>
        </w:tc>
      </w:tr>
    </w:tbl>
    <w:p/>
    <w:p>
      <w:pPr>
        <w:pStyle w:val="Heading1"/>
      </w:pPr>
      <w:r>
        <w:t>第10组（tom → agenda）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850"/>
          </w:tcPr>
          <w:p>
            <w:r>
              <w:t>序号</w:t>
            </w:r>
          </w:p>
        </w:tc>
        <w:tc>
          <w:tcPr>
            <w:tcW w:type="dxa" w:w="2835"/>
          </w:tcPr>
          <w:p>
            <w:r>
              <w:t>英文单词</w:t>
            </w:r>
          </w:p>
        </w:tc>
        <w:tc>
          <w:tcPr>
            <w:tcW w:type="dxa" w:w="4535"/>
          </w:tcPr>
          <w:p>
            <w:r>
              <w:t>中文释义</w:t>
            </w:r>
          </w:p>
        </w:tc>
      </w:tr>
      <w:tr>
        <w:tc>
          <w:tcPr>
            <w:tcW w:type="dxa" w:w="850"/>
          </w:tcPr>
          <w:p>
            <w:r>
              <w:t>1</w:t>
            </w:r>
          </w:p>
        </w:tc>
        <w:tc>
          <w:tcPr>
            <w:tcW w:type="dxa" w:w="2835"/>
          </w:tcPr>
          <w:p>
            <w:r>
              <w:t>tom</w:t>
            </w:r>
          </w:p>
        </w:tc>
        <w:tc>
          <w:tcPr>
            <w:tcW w:type="dxa" w:w="4535"/>
          </w:tcPr>
          <w:p>
            <w:r>
              <w:t>(人名)汤姆</w:t>
            </w:r>
          </w:p>
        </w:tc>
      </w:tr>
      <w:tr>
        <w:tc>
          <w:tcPr>
            <w:tcW w:type="dxa" w:w="850"/>
          </w:tcPr>
          <w:p>
            <w:r>
              <w:t>2</w:t>
            </w:r>
          </w:p>
        </w:tc>
        <w:tc>
          <w:tcPr>
            <w:tcW w:type="dxa" w:w="2835"/>
          </w:tcPr>
          <w:p>
            <w:r>
              <w:t>agree</w:t>
            </w:r>
          </w:p>
        </w:tc>
        <w:tc>
          <w:tcPr>
            <w:tcW w:type="dxa" w:w="4535"/>
          </w:tcPr>
          <w:p>
            <w:r>
              <w:t>同意</w:t>
            </w:r>
          </w:p>
        </w:tc>
      </w:tr>
      <w:tr>
        <w:tc>
          <w:tcPr>
            <w:tcW w:type="dxa" w:w="850"/>
          </w:tcPr>
          <w:p>
            <w:r>
              <w:t>3</w:t>
            </w:r>
          </w:p>
        </w:tc>
        <w:tc>
          <w:tcPr>
            <w:tcW w:type="dxa" w:w="2835"/>
          </w:tcPr>
          <w:p>
            <w:r>
              <w:t>patient</w:t>
            </w:r>
          </w:p>
        </w:tc>
        <w:tc>
          <w:tcPr>
            <w:tcW w:type="dxa" w:w="4535"/>
          </w:tcPr>
          <w:p>
            <w:r>
              <w:t>病人；耐心的</w:t>
            </w:r>
          </w:p>
        </w:tc>
      </w:tr>
      <w:tr>
        <w:tc>
          <w:tcPr>
            <w:tcW w:type="dxa" w:w="850"/>
          </w:tcPr>
          <w:p>
            <w:r>
              <w:t>4</w:t>
            </w:r>
          </w:p>
        </w:tc>
        <w:tc>
          <w:tcPr>
            <w:tcW w:type="dxa" w:w="2835"/>
          </w:tcPr>
          <w:p>
            <w:r>
              <w:t>psychology</w:t>
            </w:r>
          </w:p>
        </w:tc>
        <w:tc>
          <w:tcPr>
            <w:tcW w:type="dxa" w:w="4535"/>
          </w:tcPr>
          <w:p>
            <w:r>
              <w:t>心理学</w:t>
            </w:r>
          </w:p>
        </w:tc>
      </w:tr>
      <w:tr>
        <w:tc>
          <w:tcPr>
            <w:tcW w:type="dxa" w:w="850"/>
          </w:tcPr>
          <w:p>
            <w:r>
              <w:t>5</w:t>
            </w:r>
          </w:p>
        </w:tc>
        <w:tc>
          <w:tcPr>
            <w:tcW w:type="dxa" w:w="2835"/>
          </w:tcPr>
          <w:p>
            <w:r>
              <w:t>chip</w:t>
            </w:r>
          </w:p>
        </w:tc>
        <w:tc>
          <w:tcPr>
            <w:tcW w:type="dxa" w:w="4535"/>
          </w:tcPr>
          <w:p>
            <w:r>
              <w:t>薯片；芯片</w:t>
            </w:r>
          </w:p>
        </w:tc>
      </w:tr>
      <w:tr>
        <w:tc>
          <w:tcPr>
            <w:tcW w:type="dxa" w:w="850"/>
          </w:tcPr>
          <w:p>
            <w:r>
              <w:t>6</w:t>
            </w:r>
          </w:p>
        </w:tc>
        <w:tc>
          <w:tcPr>
            <w:tcW w:type="dxa" w:w="2835"/>
          </w:tcPr>
          <w:p>
            <w:r>
              <w:t>robot</w:t>
            </w:r>
          </w:p>
        </w:tc>
        <w:tc>
          <w:tcPr>
            <w:tcW w:type="dxa" w:w="4535"/>
          </w:tcPr>
          <w:p>
            <w:r>
              <w:t>机器人</w:t>
            </w:r>
          </w:p>
        </w:tc>
      </w:tr>
      <w:tr>
        <w:tc>
          <w:tcPr>
            <w:tcW w:type="dxa" w:w="850"/>
          </w:tcPr>
          <w:p>
            <w:r>
              <w:t>7</w:t>
            </w:r>
          </w:p>
        </w:tc>
        <w:tc>
          <w:tcPr>
            <w:tcW w:type="dxa" w:w="2835"/>
          </w:tcPr>
          <w:p>
            <w:r>
              <w:t>goal</w:t>
            </w:r>
          </w:p>
        </w:tc>
        <w:tc>
          <w:tcPr>
            <w:tcW w:type="dxa" w:w="4535"/>
          </w:tcPr>
          <w:p>
            <w:r>
              <w:t>目标</w:t>
            </w:r>
          </w:p>
        </w:tc>
      </w:tr>
      <w:tr>
        <w:tc>
          <w:tcPr>
            <w:tcW w:type="dxa" w:w="850"/>
          </w:tcPr>
          <w:p>
            <w:r>
              <w:t>8</w:t>
            </w:r>
          </w:p>
        </w:tc>
        <w:tc>
          <w:tcPr>
            <w:tcW w:type="dxa" w:w="2835"/>
          </w:tcPr>
          <w:p>
            <w:r>
              <w:t>progress</w:t>
            </w:r>
          </w:p>
        </w:tc>
        <w:tc>
          <w:tcPr>
            <w:tcW w:type="dxa" w:w="4535"/>
          </w:tcPr>
          <w:p>
            <w:r>
              <w:t>进展</w:t>
            </w:r>
          </w:p>
        </w:tc>
      </w:tr>
      <w:tr>
        <w:tc>
          <w:tcPr>
            <w:tcW w:type="dxa" w:w="850"/>
          </w:tcPr>
          <w:p>
            <w:r>
              <w:t>9</w:t>
            </w:r>
          </w:p>
        </w:tc>
        <w:tc>
          <w:tcPr>
            <w:tcW w:type="dxa" w:w="2835"/>
          </w:tcPr>
          <w:p>
            <w:r>
              <w:t>lately</w:t>
            </w:r>
          </w:p>
        </w:tc>
        <w:tc>
          <w:tcPr>
            <w:tcW w:type="dxa" w:w="4535"/>
          </w:tcPr>
          <w:p>
            <w:r>
              <w:t>最近</w:t>
            </w:r>
          </w:p>
        </w:tc>
      </w:tr>
      <w:tr>
        <w:tc>
          <w:tcPr>
            <w:tcW w:type="dxa" w:w="850"/>
          </w:tcPr>
          <w:p>
            <w:r>
              <w:t>10</w:t>
            </w:r>
          </w:p>
        </w:tc>
        <w:tc>
          <w:tcPr>
            <w:tcW w:type="dxa" w:w="2835"/>
          </w:tcPr>
          <w:p>
            <w:r>
              <w:t>studio</w:t>
            </w:r>
          </w:p>
        </w:tc>
        <w:tc>
          <w:tcPr>
            <w:tcW w:type="dxa" w:w="4535"/>
          </w:tcPr>
          <w:p>
            <w:r>
              <w:t>工作室；录音室</w:t>
            </w:r>
          </w:p>
        </w:tc>
      </w:tr>
      <w:tr>
        <w:tc>
          <w:tcPr>
            <w:tcW w:type="dxa" w:w="850"/>
          </w:tcPr>
          <w:p>
            <w:r>
              <w:t>11</w:t>
            </w:r>
          </w:p>
        </w:tc>
        <w:tc>
          <w:tcPr>
            <w:tcW w:type="dxa" w:w="2835"/>
          </w:tcPr>
          <w:p>
            <w:r>
              <w:t>script</w:t>
            </w:r>
          </w:p>
        </w:tc>
        <w:tc>
          <w:tcPr>
            <w:tcW w:type="dxa" w:w="4535"/>
          </w:tcPr>
          <w:p>
            <w:r>
              <w:t>剧本</w:t>
            </w:r>
          </w:p>
        </w:tc>
      </w:tr>
      <w:tr>
        <w:tc>
          <w:tcPr>
            <w:tcW w:type="dxa" w:w="850"/>
          </w:tcPr>
          <w:p>
            <w:r>
              <w:t>12</w:t>
            </w:r>
          </w:p>
        </w:tc>
        <w:tc>
          <w:tcPr>
            <w:tcW w:type="dxa" w:w="2835"/>
          </w:tcPr>
          <w:p>
            <w:r>
              <w:t>plot</w:t>
            </w:r>
          </w:p>
        </w:tc>
        <w:tc>
          <w:tcPr>
            <w:tcW w:type="dxa" w:w="4535"/>
          </w:tcPr>
          <w:p>
            <w:r>
              <w:t>情节</w:t>
            </w:r>
          </w:p>
        </w:tc>
      </w:tr>
      <w:tr>
        <w:tc>
          <w:tcPr>
            <w:tcW w:type="dxa" w:w="850"/>
          </w:tcPr>
          <w:p>
            <w:r>
              <w:t>13</w:t>
            </w:r>
          </w:p>
        </w:tc>
        <w:tc>
          <w:tcPr>
            <w:tcW w:type="dxa" w:w="2835"/>
          </w:tcPr>
          <w:p>
            <w:r>
              <w:t>info</w:t>
            </w:r>
          </w:p>
        </w:tc>
        <w:tc>
          <w:tcPr>
            <w:tcW w:type="dxa" w:w="4535"/>
          </w:tcPr>
          <w:p>
            <w:r>
              <w:t>信息(information)</w:t>
            </w:r>
          </w:p>
        </w:tc>
      </w:tr>
      <w:tr>
        <w:tc>
          <w:tcPr>
            <w:tcW w:type="dxa" w:w="850"/>
          </w:tcPr>
          <w:p>
            <w:r>
              <w:t>14</w:t>
            </w:r>
          </w:p>
        </w:tc>
        <w:tc>
          <w:tcPr>
            <w:tcW w:type="dxa" w:w="2835"/>
          </w:tcPr>
          <w:p>
            <w:r>
              <w:t>mention</w:t>
            </w:r>
          </w:p>
        </w:tc>
        <w:tc>
          <w:tcPr>
            <w:tcW w:type="dxa" w:w="4535"/>
          </w:tcPr>
          <w:p>
            <w:r>
              <w:t>提及</w:t>
            </w:r>
          </w:p>
        </w:tc>
      </w:tr>
      <w:tr>
        <w:tc>
          <w:tcPr>
            <w:tcW w:type="dxa" w:w="850"/>
          </w:tcPr>
          <w:p>
            <w:r>
              <w:t>15</w:t>
            </w:r>
          </w:p>
        </w:tc>
        <w:tc>
          <w:tcPr>
            <w:tcW w:type="dxa" w:w="2835"/>
          </w:tcPr>
          <w:p>
            <w:r>
              <w:t>borrow</w:t>
            </w:r>
          </w:p>
        </w:tc>
        <w:tc>
          <w:tcPr>
            <w:tcW w:type="dxa" w:w="4535"/>
          </w:tcPr>
          <w:p>
            <w:r>
              <w:t>借</w:t>
            </w:r>
          </w:p>
        </w:tc>
      </w:tr>
      <w:tr>
        <w:tc>
          <w:tcPr>
            <w:tcW w:type="dxa" w:w="850"/>
          </w:tcPr>
          <w:p>
            <w:r>
              <w:t>16</w:t>
            </w:r>
          </w:p>
        </w:tc>
        <w:tc>
          <w:tcPr>
            <w:tcW w:type="dxa" w:w="2835"/>
          </w:tcPr>
          <w:p>
            <w:r>
              <w:t>managed</w:t>
            </w:r>
          </w:p>
        </w:tc>
        <w:tc>
          <w:tcPr>
            <w:tcW w:type="dxa" w:w="4535"/>
          </w:tcPr>
          <w:p>
            <w:r>
              <w:t>设法做到的</w:t>
            </w:r>
          </w:p>
        </w:tc>
      </w:tr>
      <w:tr>
        <w:tc>
          <w:tcPr>
            <w:tcW w:type="dxa" w:w="850"/>
          </w:tcPr>
          <w:p>
            <w:r>
              <w:t>17</w:t>
            </w:r>
          </w:p>
        </w:tc>
        <w:tc>
          <w:tcPr>
            <w:tcW w:type="dxa" w:w="2835"/>
          </w:tcPr>
          <w:p>
            <w:r>
              <w:t>suggest</w:t>
            </w:r>
          </w:p>
        </w:tc>
        <w:tc>
          <w:tcPr>
            <w:tcW w:type="dxa" w:w="4535"/>
          </w:tcPr>
          <w:p>
            <w:r>
              <w:t>建议</w:t>
            </w:r>
          </w:p>
        </w:tc>
      </w:tr>
      <w:tr>
        <w:tc>
          <w:tcPr>
            <w:tcW w:type="dxa" w:w="850"/>
          </w:tcPr>
          <w:p>
            <w:r>
              <w:t>18</w:t>
            </w:r>
          </w:p>
        </w:tc>
        <w:tc>
          <w:tcPr>
            <w:tcW w:type="dxa" w:w="2835"/>
          </w:tcPr>
          <w:p>
            <w:r>
              <w:t>fund</w:t>
            </w:r>
          </w:p>
        </w:tc>
        <w:tc>
          <w:tcPr>
            <w:tcW w:type="dxa" w:w="4535"/>
          </w:tcPr>
          <w:p>
            <w:r>
              <w:t>资金；资助</w:t>
            </w:r>
          </w:p>
        </w:tc>
      </w:tr>
      <w:tr>
        <w:tc>
          <w:tcPr>
            <w:tcW w:type="dxa" w:w="850"/>
          </w:tcPr>
          <w:p>
            <w:r>
              <w:t>19</w:t>
            </w:r>
          </w:p>
        </w:tc>
        <w:tc>
          <w:tcPr>
            <w:tcW w:type="dxa" w:w="2835"/>
          </w:tcPr>
          <w:p>
            <w:r>
              <w:t>budget</w:t>
            </w:r>
          </w:p>
        </w:tc>
        <w:tc>
          <w:tcPr>
            <w:tcW w:type="dxa" w:w="4535"/>
          </w:tcPr>
          <w:p>
            <w:r>
              <w:t>预算</w:t>
            </w:r>
          </w:p>
        </w:tc>
      </w:tr>
      <w:tr>
        <w:tc>
          <w:tcPr>
            <w:tcW w:type="dxa" w:w="850"/>
          </w:tcPr>
          <w:p>
            <w:r>
              <w:t>20</w:t>
            </w:r>
          </w:p>
        </w:tc>
        <w:tc>
          <w:tcPr>
            <w:tcW w:type="dxa" w:w="2835"/>
          </w:tcPr>
          <w:p>
            <w:r>
              <w:t>grocery</w:t>
            </w:r>
          </w:p>
        </w:tc>
        <w:tc>
          <w:tcPr>
            <w:tcW w:type="dxa" w:w="4535"/>
          </w:tcPr>
          <w:p>
            <w:r>
              <w:t>食品杂货</w:t>
            </w:r>
          </w:p>
        </w:tc>
      </w:tr>
      <w:tr>
        <w:tc>
          <w:tcPr>
            <w:tcW w:type="dxa" w:w="850"/>
          </w:tcPr>
          <w:p>
            <w:r>
              <w:t>21</w:t>
            </w:r>
          </w:p>
        </w:tc>
        <w:tc>
          <w:tcPr>
            <w:tcW w:type="dxa" w:w="2835"/>
          </w:tcPr>
          <w:p>
            <w:r>
              <w:t>mechanic</w:t>
            </w:r>
          </w:p>
        </w:tc>
        <w:tc>
          <w:tcPr>
            <w:tcW w:type="dxa" w:w="4535"/>
          </w:tcPr>
          <w:p>
            <w:r>
              <w:t>技工，机械师</w:t>
            </w:r>
          </w:p>
        </w:tc>
      </w:tr>
      <w:tr>
        <w:tc>
          <w:tcPr>
            <w:tcW w:type="dxa" w:w="850"/>
          </w:tcPr>
          <w:p>
            <w:r>
              <w:t>22</w:t>
            </w:r>
          </w:p>
        </w:tc>
        <w:tc>
          <w:tcPr>
            <w:tcW w:type="dxa" w:w="2835"/>
          </w:tcPr>
          <w:p>
            <w:r>
              <w:t>chair</w:t>
            </w:r>
          </w:p>
        </w:tc>
        <w:tc>
          <w:tcPr>
            <w:tcW w:type="dxa" w:w="4535"/>
          </w:tcPr>
          <w:p>
            <w:r>
              <w:t>椅子；主席</w:t>
            </w:r>
          </w:p>
        </w:tc>
      </w:tr>
      <w:tr>
        <w:tc>
          <w:tcPr>
            <w:tcW w:type="dxa" w:w="850"/>
          </w:tcPr>
          <w:p>
            <w:r>
              <w:t>23</w:t>
            </w:r>
          </w:p>
        </w:tc>
        <w:tc>
          <w:tcPr>
            <w:tcW w:type="dxa" w:w="2835"/>
          </w:tcPr>
          <w:p>
            <w:r>
              <w:t>instruction</w:t>
            </w:r>
          </w:p>
        </w:tc>
        <w:tc>
          <w:tcPr>
            <w:tcW w:type="dxa" w:w="4535"/>
          </w:tcPr>
          <w:p>
            <w:r>
              <w:t>说明，指示</w:t>
            </w:r>
          </w:p>
        </w:tc>
      </w:tr>
      <w:tr>
        <w:tc>
          <w:tcPr>
            <w:tcW w:type="dxa" w:w="850"/>
          </w:tcPr>
          <w:p>
            <w:r>
              <w:t>24</w:t>
            </w:r>
          </w:p>
        </w:tc>
        <w:tc>
          <w:tcPr>
            <w:tcW w:type="dxa" w:w="2835"/>
          </w:tcPr>
          <w:p>
            <w:r>
              <w:t>slide</w:t>
            </w:r>
          </w:p>
        </w:tc>
        <w:tc>
          <w:tcPr>
            <w:tcW w:type="dxa" w:w="4535"/>
          </w:tcPr>
          <w:p>
            <w:r>
              <w:t>幻灯片；滑行</w:t>
            </w:r>
          </w:p>
        </w:tc>
      </w:tr>
      <w:tr>
        <w:tc>
          <w:tcPr>
            <w:tcW w:type="dxa" w:w="850"/>
          </w:tcPr>
          <w:p>
            <w:r>
              <w:t>25</w:t>
            </w:r>
          </w:p>
        </w:tc>
        <w:tc>
          <w:tcPr>
            <w:tcW w:type="dxa" w:w="2835"/>
          </w:tcPr>
          <w:p>
            <w:r>
              <w:t>insightful</w:t>
            </w:r>
          </w:p>
        </w:tc>
        <w:tc>
          <w:tcPr>
            <w:tcW w:type="dxa" w:w="4535"/>
          </w:tcPr>
          <w:p>
            <w:r>
              <w:t>有洞察力的</w:t>
            </w:r>
          </w:p>
        </w:tc>
      </w:tr>
      <w:tr>
        <w:tc>
          <w:tcPr>
            <w:tcW w:type="dxa" w:w="850"/>
          </w:tcPr>
          <w:p>
            <w:r>
              <w:t>26</w:t>
            </w:r>
          </w:p>
        </w:tc>
        <w:tc>
          <w:tcPr>
            <w:tcW w:type="dxa" w:w="2835"/>
          </w:tcPr>
          <w:p>
            <w:r>
              <w:t>presenter</w:t>
            </w:r>
          </w:p>
        </w:tc>
        <w:tc>
          <w:tcPr>
            <w:tcW w:type="dxa" w:w="4535"/>
          </w:tcPr>
          <w:p>
            <w:r>
              <w:t>主持人，主讲人</w:t>
            </w:r>
          </w:p>
        </w:tc>
      </w:tr>
      <w:tr>
        <w:tc>
          <w:tcPr>
            <w:tcW w:type="dxa" w:w="850"/>
          </w:tcPr>
          <w:p>
            <w:r>
              <w:t>27</w:t>
            </w:r>
          </w:p>
        </w:tc>
        <w:tc>
          <w:tcPr>
            <w:tcW w:type="dxa" w:w="2835"/>
          </w:tcPr>
          <w:p>
            <w:r>
              <w:t>shopping</w:t>
            </w:r>
          </w:p>
        </w:tc>
        <w:tc>
          <w:tcPr>
            <w:tcW w:type="dxa" w:w="4535"/>
          </w:tcPr>
          <w:p>
            <w:r>
              <w:t>购物</w:t>
            </w:r>
          </w:p>
        </w:tc>
      </w:tr>
      <w:tr>
        <w:tc>
          <w:tcPr>
            <w:tcW w:type="dxa" w:w="850"/>
          </w:tcPr>
          <w:p>
            <w:r>
              <w:t>28</w:t>
            </w:r>
          </w:p>
        </w:tc>
        <w:tc>
          <w:tcPr>
            <w:tcW w:type="dxa" w:w="2835"/>
          </w:tcPr>
          <w:p>
            <w:r>
              <w:t>basketball</w:t>
            </w:r>
          </w:p>
        </w:tc>
        <w:tc>
          <w:tcPr>
            <w:tcW w:type="dxa" w:w="4535"/>
          </w:tcPr>
          <w:p>
            <w:r>
              <w:t>篮球</w:t>
            </w:r>
          </w:p>
        </w:tc>
      </w:tr>
      <w:tr>
        <w:tc>
          <w:tcPr>
            <w:tcW w:type="dxa" w:w="850"/>
          </w:tcPr>
          <w:p>
            <w:r>
              <w:t>29</w:t>
            </w:r>
          </w:p>
        </w:tc>
        <w:tc>
          <w:tcPr>
            <w:tcW w:type="dxa" w:w="2835"/>
          </w:tcPr>
          <w:p>
            <w:r>
              <w:t>revise</w:t>
            </w:r>
          </w:p>
        </w:tc>
        <w:tc>
          <w:tcPr>
            <w:tcW w:type="dxa" w:w="4535"/>
          </w:tcPr>
          <w:p>
            <w:r>
              <w:t>修改；复习</w:t>
            </w:r>
          </w:p>
        </w:tc>
      </w:tr>
      <w:tr>
        <w:tc>
          <w:tcPr>
            <w:tcW w:type="dxa" w:w="850"/>
          </w:tcPr>
          <w:p>
            <w:r>
              <w:t>30</w:t>
            </w:r>
          </w:p>
        </w:tc>
        <w:tc>
          <w:tcPr>
            <w:tcW w:type="dxa" w:w="2835"/>
          </w:tcPr>
          <w:p>
            <w:r>
              <w:t>grad</w:t>
            </w:r>
          </w:p>
        </w:tc>
        <w:tc>
          <w:tcPr>
            <w:tcW w:type="dxa" w:w="4535"/>
          </w:tcPr>
          <w:p>
            <w:r>
              <w:t>毕业生(graduate)</w:t>
            </w:r>
          </w:p>
        </w:tc>
      </w:tr>
      <w:tr>
        <w:tc>
          <w:tcPr>
            <w:tcW w:type="dxa" w:w="850"/>
          </w:tcPr>
          <w:p>
            <w:r>
              <w:t>31</w:t>
            </w:r>
          </w:p>
        </w:tc>
        <w:tc>
          <w:tcPr>
            <w:tcW w:type="dxa" w:w="2835"/>
          </w:tcPr>
          <w:p>
            <w:r>
              <w:t>hiring</w:t>
            </w:r>
          </w:p>
        </w:tc>
        <w:tc>
          <w:tcPr>
            <w:tcW w:type="dxa" w:w="4535"/>
          </w:tcPr>
          <w:p>
            <w:r>
              <w:t>招聘</w:t>
            </w:r>
          </w:p>
        </w:tc>
      </w:tr>
      <w:tr>
        <w:tc>
          <w:tcPr>
            <w:tcW w:type="dxa" w:w="850"/>
          </w:tcPr>
          <w:p>
            <w:r>
              <w:t>32</w:t>
            </w:r>
          </w:p>
        </w:tc>
        <w:tc>
          <w:tcPr>
            <w:tcW w:type="dxa" w:w="2835"/>
          </w:tcPr>
          <w:p>
            <w:r>
              <w:t>opinion</w:t>
            </w:r>
          </w:p>
        </w:tc>
        <w:tc>
          <w:tcPr>
            <w:tcW w:type="dxa" w:w="4535"/>
          </w:tcPr>
          <w:p>
            <w:r>
              <w:t>观点</w:t>
            </w:r>
          </w:p>
        </w:tc>
      </w:tr>
      <w:tr>
        <w:tc>
          <w:tcPr>
            <w:tcW w:type="dxa" w:w="850"/>
          </w:tcPr>
          <w:p>
            <w:r>
              <w:t>33</w:t>
            </w:r>
          </w:p>
        </w:tc>
        <w:tc>
          <w:tcPr>
            <w:tcW w:type="dxa" w:w="2835"/>
          </w:tcPr>
          <w:p>
            <w:r>
              <w:t>rec</w:t>
            </w:r>
          </w:p>
        </w:tc>
        <w:tc>
          <w:tcPr>
            <w:tcW w:type="dxa" w:w="4535"/>
          </w:tcPr>
          <w:p>
            <w:r>
              <w:t>推荐(recommendation)；娱乐中心</w:t>
            </w:r>
          </w:p>
        </w:tc>
      </w:tr>
      <w:tr>
        <w:tc>
          <w:tcPr>
            <w:tcW w:type="dxa" w:w="850"/>
          </w:tcPr>
          <w:p>
            <w:r>
              <w:t>34</w:t>
            </w:r>
          </w:p>
        </w:tc>
        <w:tc>
          <w:tcPr>
            <w:tcW w:type="dxa" w:w="2835"/>
          </w:tcPr>
          <w:p>
            <w:r>
              <w:t>proposal</w:t>
            </w:r>
          </w:p>
        </w:tc>
        <w:tc>
          <w:tcPr>
            <w:tcW w:type="dxa" w:w="4535"/>
          </w:tcPr>
          <w:p>
            <w:r>
              <w:t>提议，方案</w:t>
            </w:r>
          </w:p>
        </w:tc>
      </w:tr>
      <w:tr>
        <w:tc>
          <w:tcPr>
            <w:tcW w:type="dxa" w:w="850"/>
          </w:tcPr>
          <w:p>
            <w:r>
              <w:t>35</w:t>
            </w:r>
          </w:p>
        </w:tc>
        <w:tc>
          <w:tcPr>
            <w:tcW w:type="dxa" w:w="2835"/>
          </w:tcPr>
          <w:p>
            <w:r>
              <w:t>worry</w:t>
            </w:r>
          </w:p>
        </w:tc>
        <w:tc>
          <w:tcPr>
            <w:tcW w:type="dxa" w:w="4535"/>
          </w:tcPr>
          <w:p>
            <w:r>
              <w:t>担心</w:t>
            </w:r>
          </w:p>
        </w:tc>
      </w:tr>
      <w:tr>
        <w:tc>
          <w:tcPr>
            <w:tcW w:type="dxa" w:w="850"/>
          </w:tcPr>
          <w:p>
            <w:r>
              <w:t>36</w:t>
            </w:r>
          </w:p>
        </w:tc>
        <w:tc>
          <w:tcPr>
            <w:tcW w:type="dxa" w:w="2835"/>
          </w:tcPr>
          <w:p>
            <w:r>
              <w:t>projector</w:t>
            </w:r>
          </w:p>
        </w:tc>
        <w:tc>
          <w:tcPr>
            <w:tcW w:type="dxa" w:w="4535"/>
          </w:tcPr>
          <w:p>
            <w:r>
              <w:t>投影仪</w:t>
            </w:r>
          </w:p>
        </w:tc>
      </w:tr>
      <w:tr>
        <w:tc>
          <w:tcPr>
            <w:tcW w:type="dxa" w:w="850"/>
          </w:tcPr>
          <w:p>
            <w:r>
              <w:t>37</w:t>
            </w:r>
          </w:p>
        </w:tc>
        <w:tc>
          <w:tcPr>
            <w:tcW w:type="dxa" w:w="2835"/>
          </w:tcPr>
          <w:p>
            <w:r>
              <w:t>cabinet</w:t>
            </w:r>
          </w:p>
        </w:tc>
        <w:tc>
          <w:tcPr>
            <w:tcW w:type="dxa" w:w="4535"/>
          </w:tcPr>
          <w:p>
            <w:r>
              <w:t>柜子</w:t>
            </w:r>
          </w:p>
        </w:tc>
      </w:tr>
      <w:tr>
        <w:tc>
          <w:tcPr>
            <w:tcW w:type="dxa" w:w="850"/>
          </w:tcPr>
          <w:p>
            <w:r>
              <w:t>38</w:t>
            </w:r>
          </w:p>
        </w:tc>
        <w:tc>
          <w:tcPr>
            <w:tcW w:type="dxa" w:w="2835"/>
          </w:tcPr>
          <w:p>
            <w:r>
              <w:t>editing</w:t>
            </w:r>
          </w:p>
        </w:tc>
        <w:tc>
          <w:tcPr>
            <w:tcW w:type="dxa" w:w="4535"/>
          </w:tcPr>
          <w:p>
            <w:r>
              <w:t>编辑</w:t>
            </w:r>
          </w:p>
        </w:tc>
      </w:tr>
      <w:tr>
        <w:tc>
          <w:tcPr>
            <w:tcW w:type="dxa" w:w="850"/>
          </w:tcPr>
          <w:p>
            <w:r>
              <w:t>39</w:t>
            </w:r>
          </w:p>
        </w:tc>
        <w:tc>
          <w:tcPr>
            <w:tcW w:type="dxa" w:w="2835"/>
          </w:tcPr>
          <w:p>
            <w:r>
              <w:t>complex</w:t>
            </w:r>
          </w:p>
        </w:tc>
        <w:tc>
          <w:tcPr>
            <w:tcW w:type="dxa" w:w="4535"/>
          </w:tcPr>
          <w:p>
            <w:r>
              <w:t>复杂的；综合设施</w:t>
            </w:r>
          </w:p>
        </w:tc>
      </w:tr>
      <w:tr>
        <w:tc>
          <w:tcPr>
            <w:tcW w:type="dxa" w:w="850"/>
          </w:tcPr>
          <w:p>
            <w:r>
              <w:t>40</w:t>
            </w:r>
          </w:p>
        </w:tc>
        <w:tc>
          <w:tcPr>
            <w:tcW w:type="dxa" w:w="2835"/>
          </w:tcPr>
          <w:p>
            <w:r>
              <w:t>grant</w:t>
            </w:r>
          </w:p>
        </w:tc>
        <w:tc>
          <w:tcPr>
            <w:tcW w:type="dxa" w:w="4535"/>
          </w:tcPr>
          <w:p>
            <w:r>
              <w:t>拨款；授予</w:t>
            </w:r>
          </w:p>
        </w:tc>
      </w:tr>
      <w:tr>
        <w:tc>
          <w:tcPr>
            <w:tcW w:type="dxa" w:w="850"/>
          </w:tcPr>
          <w:p>
            <w:r>
              <w:t>41</w:t>
            </w:r>
          </w:p>
        </w:tc>
        <w:tc>
          <w:tcPr>
            <w:tcW w:type="dxa" w:w="2835"/>
          </w:tcPr>
          <w:p>
            <w:r>
              <w:t>ancient</w:t>
            </w:r>
          </w:p>
        </w:tc>
        <w:tc>
          <w:tcPr>
            <w:tcW w:type="dxa" w:w="4535"/>
          </w:tcPr>
          <w:p>
            <w:r>
              <w:t>古代的</w:t>
            </w:r>
          </w:p>
        </w:tc>
      </w:tr>
      <w:tr>
        <w:tc>
          <w:tcPr>
            <w:tcW w:type="dxa" w:w="850"/>
          </w:tcPr>
          <w:p>
            <w:r>
              <w:t>42</w:t>
            </w:r>
          </w:p>
        </w:tc>
        <w:tc>
          <w:tcPr>
            <w:tcW w:type="dxa" w:w="2835"/>
          </w:tcPr>
          <w:p>
            <w:r>
              <w:t>outing</w:t>
            </w:r>
          </w:p>
        </w:tc>
        <w:tc>
          <w:tcPr>
            <w:tcW w:type="dxa" w:w="4535"/>
          </w:tcPr>
          <w:p>
            <w:r>
              <w:t>外出活动，郊游</w:t>
            </w:r>
          </w:p>
        </w:tc>
      </w:tr>
      <w:tr>
        <w:tc>
          <w:tcPr>
            <w:tcW w:type="dxa" w:w="850"/>
          </w:tcPr>
          <w:p>
            <w:r>
              <w:t>43</w:t>
            </w:r>
          </w:p>
        </w:tc>
        <w:tc>
          <w:tcPr>
            <w:tcW w:type="dxa" w:w="2835"/>
          </w:tcPr>
          <w:p>
            <w:r>
              <w:t>wonderful</w:t>
            </w:r>
          </w:p>
        </w:tc>
        <w:tc>
          <w:tcPr>
            <w:tcW w:type="dxa" w:w="4535"/>
          </w:tcPr>
          <w:p>
            <w:r>
              <w:t>极好的</w:t>
            </w:r>
          </w:p>
        </w:tc>
      </w:tr>
      <w:tr>
        <w:tc>
          <w:tcPr>
            <w:tcW w:type="dxa" w:w="850"/>
          </w:tcPr>
          <w:p>
            <w:r>
              <w:t>44</w:t>
            </w:r>
          </w:p>
        </w:tc>
        <w:tc>
          <w:tcPr>
            <w:tcW w:type="dxa" w:w="2835"/>
          </w:tcPr>
          <w:p>
            <w:r>
              <w:t>fundraiser</w:t>
            </w:r>
          </w:p>
        </w:tc>
        <w:tc>
          <w:tcPr>
            <w:tcW w:type="dxa" w:w="4535"/>
          </w:tcPr>
          <w:p>
            <w:r>
              <w:t>筹款活动</w:t>
            </w:r>
          </w:p>
        </w:tc>
      </w:tr>
      <w:tr>
        <w:tc>
          <w:tcPr>
            <w:tcW w:type="dxa" w:w="850"/>
          </w:tcPr>
          <w:p>
            <w:r>
              <w:t>45</w:t>
            </w:r>
          </w:p>
        </w:tc>
        <w:tc>
          <w:tcPr>
            <w:tcW w:type="dxa" w:w="2835"/>
          </w:tcPr>
          <w:p>
            <w:r>
              <w:t>confirm</w:t>
            </w:r>
          </w:p>
        </w:tc>
        <w:tc>
          <w:tcPr>
            <w:tcW w:type="dxa" w:w="4535"/>
          </w:tcPr>
          <w:p>
            <w:r>
              <w:t>确认</w:t>
            </w:r>
          </w:p>
        </w:tc>
      </w:tr>
      <w:tr>
        <w:tc>
          <w:tcPr>
            <w:tcW w:type="dxa" w:w="850"/>
          </w:tcPr>
          <w:p>
            <w:r>
              <w:t>46</w:t>
            </w:r>
          </w:p>
        </w:tc>
        <w:tc>
          <w:tcPr>
            <w:tcW w:type="dxa" w:w="2835"/>
          </w:tcPr>
          <w:p>
            <w:r>
              <w:t>shirt</w:t>
            </w:r>
          </w:p>
        </w:tc>
        <w:tc>
          <w:tcPr>
            <w:tcW w:type="dxa" w:w="4535"/>
          </w:tcPr>
          <w:p>
            <w:r>
              <w:t>衬衫</w:t>
            </w:r>
          </w:p>
        </w:tc>
      </w:tr>
      <w:tr>
        <w:tc>
          <w:tcPr>
            <w:tcW w:type="dxa" w:w="850"/>
          </w:tcPr>
          <w:p>
            <w:r>
              <w:t>47</w:t>
            </w:r>
          </w:p>
        </w:tc>
        <w:tc>
          <w:tcPr>
            <w:tcW w:type="dxa" w:w="2835"/>
          </w:tcPr>
          <w:p>
            <w:r>
              <w:t>clear</w:t>
            </w:r>
          </w:p>
        </w:tc>
        <w:tc>
          <w:tcPr>
            <w:tcW w:type="dxa" w:w="4535"/>
          </w:tcPr>
          <w:p>
            <w:r>
              <w:t>清楚的；清除</w:t>
            </w:r>
          </w:p>
        </w:tc>
      </w:tr>
      <w:tr>
        <w:tc>
          <w:tcPr>
            <w:tcW w:type="dxa" w:w="850"/>
          </w:tcPr>
          <w:p>
            <w:r>
              <w:t>48</w:t>
            </w:r>
          </w:p>
        </w:tc>
        <w:tc>
          <w:tcPr>
            <w:tcW w:type="dxa" w:w="2835"/>
          </w:tcPr>
          <w:p>
            <w:r>
              <w:t>ideal</w:t>
            </w:r>
          </w:p>
        </w:tc>
        <w:tc>
          <w:tcPr>
            <w:tcW w:type="dxa" w:w="4535"/>
          </w:tcPr>
          <w:p>
            <w:r>
              <w:t>理想的</w:t>
            </w:r>
          </w:p>
        </w:tc>
      </w:tr>
      <w:tr>
        <w:tc>
          <w:tcPr>
            <w:tcW w:type="dxa" w:w="850"/>
          </w:tcPr>
          <w:p>
            <w:r>
              <w:t>49</w:t>
            </w:r>
          </w:p>
        </w:tc>
        <w:tc>
          <w:tcPr>
            <w:tcW w:type="dxa" w:w="2835"/>
          </w:tcPr>
          <w:p>
            <w:r>
              <w:t>picnic</w:t>
            </w:r>
          </w:p>
        </w:tc>
        <w:tc>
          <w:tcPr>
            <w:tcW w:type="dxa" w:w="4535"/>
          </w:tcPr>
          <w:p>
            <w:r>
              <w:t>野餐</w:t>
            </w:r>
          </w:p>
        </w:tc>
      </w:tr>
      <w:tr>
        <w:tc>
          <w:tcPr>
            <w:tcW w:type="dxa" w:w="850"/>
          </w:tcPr>
          <w:p>
            <w:r>
              <w:t>50</w:t>
            </w:r>
          </w:p>
        </w:tc>
        <w:tc>
          <w:tcPr>
            <w:tcW w:type="dxa" w:w="2835"/>
          </w:tcPr>
          <w:p>
            <w:r>
              <w:t>agenda</w:t>
            </w:r>
          </w:p>
        </w:tc>
        <w:tc>
          <w:tcPr>
            <w:tcW w:type="dxa" w:w="4535"/>
          </w:tcPr>
          <w:p>
            <w:r>
              <w:t>议程</w:t>
            </w:r>
          </w:p>
        </w:tc>
      </w:tr>
    </w:tbl>
    <w:p/>
    <w:p>
      <w:pPr>
        <w:pStyle w:val="Heading1"/>
      </w:pPr>
      <w:r>
        <w:t>第11组（anniversary → climb）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850"/>
          </w:tcPr>
          <w:p>
            <w:r>
              <w:t>序号</w:t>
            </w:r>
          </w:p>
        </w:tc>
        <w:tc>
          <w:tcPr>
            <w:tcW w:type="dxa" w:w="2835"/>
          </w:tcPr>
          <w:p>
            <w:r>
              <w:t>英文单词</w:t>
            </w:r>
          </w:p>
        </w:tc>
        <w:tc>
          <w:tcPr>
            <w:tcW w:type="dxa" w:w="4535"/>
          </w:tcPr>
          <w:p>
            <w:r>
              <w:t>中文释义</w:t>
            </w:r>
          </w:p>
        </w:tc>
      </w:tr>
      <w:tr>
        <w:tc>
          <w:tcPr>
            <w:tcW w:type="dxa" w:w="850"/>
          </w:tcPr>
          <w:p>
            <w:r>
              <w:t>1</w:t>
            </w:r>
          </w:p>
        </w:tc>
        <w:tc>
          <w:tcPr>
            <w:tcW w:type="dxa" w:w="2835"/>
          </w:tcPr>
          <w:p>
            <w:r>
              <w:t>anniversary</w:t>
            </w:r>
          </w:p>
        </w:tc>
        <w:tc>
          <w:tcPr>
            <w:tcW w:type="dxa" w:w="4535"/>
          </w:tcPr>
          <w:p>
            <w:r>
              <w:t>周年纪念</w:t>
            </w:r>
          </w:p>
        </w:tc>
      </w:tr>
      <w:tr>
        <w:tc>
          <w:tcPr>
            <w:tcW w:type="dxa" w:w="850"/>
          </w:tcPr>
          <w:p>
            <w:r>
              <w:t>2</w:t>
            </w:r>
          </w:p>
        </w:tc>
        <w:tc>
          <w:tcPr>
            <w:tcW w:type="dxa" w:w="2835"/>
          </w:tcPr>
          <w:p>
            <w:r>
              <w:t>top</w:t>
            </w:r>
          </w:p>
        </w:tc>
        <w:tc>
          <w:tcPr>
            <w:tcW w:type="dxa" w:w="4535"/>
          </w:tcPr>
          <w:p>
            <w:r>
              <w:t>顶部；顶尖</w:t>
            </w:r>
          </w:p>
        </w:tc>
      </w:tr>
      <w:tr>
        <w:tc>
          <w:tcPr>
            <w:tcW w:type="dxa" w:w="850"/>
          </w:tcPr>
          <w:p>
            <w:r>
              <w:t>3</w:t>
            </w:r>
          </w:p>
        </w:tc>
        <w:tc>
          <w:tcPr>
            <w:tcW w:type="dxa" w:w="2835"/>
          </w:tcPr>
          <w:p>
            <w:r>
              <w:t>registrar</w:t>
            </w:r>
          </w:p>
        </w:tc>
        <w:tc>
          <w:tcPr>
            <w:tcW w:type="dxa" w:w="4535"/>
          </w:tcPr>
          <w:p>
            <w:r>
              <w:t>注册处</w:t>
            </w:r>
          </w:p>
        </w:tc>
      </w:tr>
      <w:tr>
        <w:tc>
          <w:tcPr>
            <w:tcW w:type="dxa" w:w="850"/>
          </w:tcPr>
          <w:p>
            <w:r>
              <w:t>4</w:t>
            </w:r>
          </w:p>
        </w:tc>
        <w:tc>
          <w:tcPr>
            <w:tcW w:type="dxa" w:w="2835"/>
          </w:tcPr>
          <w:p>
            <w:r>
              <w:t>instrument</w:t>
            </w:r>
          </w:p>
        </w:tc>
        <w:tc>
          <w:tcPr>
            <w:tcW w:type="dxa" w:w="4535"/>
          </w:tcPr>
          <w:p>
            <w:r>
              <w:t>乐器；仪器</w:t>
            </w:r>
          </w:p>
        </w:tc>
      </w:tr>
      <w:tr>
        <w:tc>
          <w:tcPr>
            <w:tcW w:type="dxa" w:w="850"/>
          </w:tcPr>
          <w:p>
            <w:r>
              <w:t>5</w:t>
            </w:r>
          </w:p>
        </w:tc>
        <w:tc>
          <w:tcPr>
            <w:tcW w:type="dxa" w:w="2835"/>
          </w:tcPr>
          <w:p>
            <w:r>
              <w:t>medical</w:t>
            </w:r>
          </w:p>
        </w:tc>
        <w:tc>
          <w:tcPr>
            <w:tcW w:type="dxa" w:w="4535"/>
          </w:tcPr>
          <w:p>
            <w:r>
              <w:t>医疗的</w:t>
            </w:r>
          </w:p>
        </w:tc>
      </w:tr>
      <w:tr>
        <w:tc>
          <w:tcPr>
            <w:tcW w:type="dxa" w:w="850"/>
          </w:tcPr>
          <w:p>
            <w:r>
              <w:t>6</w:t>
            </w:r>
          </w:p>
        </w:tc>
        <w:tc>
          <w:tcPr>
            <w:tcW w:type="dxa" w:w="2835"/>
          </w:tcPr>
          <w:p>
            <w:r>
              <w:t>point</w:t>
            </w:r>
          </w:p>
        </w:tc>
        <w:tc>
          <w:tcPr>
            <w:tcW w:type="dxa" w:w="4535"/>
          </w:tcPr>
          <w:p>
            <w:r>
              <w:t>观点；要点</w:t>
            </w:r>
          </w:p>
        </w:tc>
      </w:tr>
      <w:tr>
        <w:tc>
          <w:tcPr>
            <w:tcW w:type="dxa" w:w="850"/>
          </w:tcPr>
          <w:p>
            <w:r>
              <w:t>7</w:t>
            </w:r>
          </w:p>
        </w:tc>
        <w:tc>
          <w:tcPr>
            <w:tcW w:type="dxa" w:w="2835"/>
          </w:tcPr>
          <w:p>
            <w:r>
              <w:t>together</w:t>
            </w:r>
          </w:p>
        </w:tc>
        <w:tc>
          <w:tcPr>
            <w:tcW w:type="dxa" w:w="4535"/>
          </w:tcPr>
          <w:p>
            <w:r>
              <w:t>一起</w:t>
            </w:r>
          </w:p>
        </w:tc>
      </w:tr>
      <w:tr>
        <w:tc>
          <w:tcPr>
            <w:tcW w:type="dxa" w:w="850"/>
          </w:tcPr>
          <w:p>
            <w:r>
              <w:t>8</w:t>
            </w:r>
          </w:p>
        </w:tc>
        <w:tc>
          <w:tcPr>
            <w:tcW w:type="dxa" w:w="2835"/>
          </w:tcPr>
          <w:p>
            <w:r>
              <w:t>drawer</w:t>
            </w:r>
          </w:p>
        </w:tc>
        <w:tc>
          <w:tcPr>
            <w:tcW w:type="dxa" w:w="4535"/>
          </w:tcPr>
          <w:p>
            <w:r>
              <w:t>抽屉</w:t>
            </w:r>
          </w:p>
        </w:tc>
      </w:tr>
      <w:tr>
        <w:tc>
          <w:tcPr>
            <w:tcW w:type="dxa" w:w="850"/>
          </w:tcPr>
          <w:p>
            <w:r>
              <w:t>9</w:t>
            </w:r>
          </w:p>
        </w:tc>
        <w:tc>
          <w:tcPr>
            <w:tcW w:type="dxa" w:w="2835"/>
          </w:tcPr>
          <w:p>
            <w:r>
              <w:t>anymore</w:t>
            </w:r>
          </w:p>
        </w:tc>
        <w:tc>
          <w:tcPr>
            <w:tcW w:type="dxa" w:w="4535"/>
          </w:tcPr>
          <w:p>
            <w:r>
              <w:t>（不）再</w:t>
            </w:r>
          </w:p>
        </w:tc>
      </w:tr>
      <w:tr>
        <w:tc>
          <w:tcPr>
            <w:tcW w:type="dxa" w:w="850"/>
          </w:tcPr>
          <w:p>
            <w:r>
              <w:t>10</w:t>
            </w:r>
          </w:p>
        </w:tc>
        <w:tc>
          <w:tcPr>
            <w:tcW w:type="dxa" w:w="2835"/>
          </w:tcPr>
          <w:p>
            <w:r>
              <w:t>popular</w:t>
            </w:r>
          </w:p>
        </w:tc>
        <w:tc>
          <w:tcPr>
            <w:tcW w:type="dxa" w:w="4535"/>
          </w:tcPr>
          <w:p>
            <w:r>
              <w:t>受欢迎的</w:t>
            </w:r>
          </w:p>
        </w:tc>
      </w:tr>
      <w:tr>
        <w:tc>
          <w:tcPr>
            <w:tcW w:type="dxa" w:w="850"/>
          </w:tcPr>
          <w:p>
            <w:r>
              <w:t>11</w:t>
            </w:r>
          </w:p>
        </w:tc>
        <w:tc>
          <w:tcPr>
            <w:tcW w:type="dxa" w:w="2835"/>
          </w:tcPr>
          <w:p>
            <w:r>
              <w:t>novel</w:t>
            </w:r>
          </w:p>
        </w:tc>
        <w:tc>
          <w:tcPr>
            <w:tcW w:type="dxa" w:w="4535"/>
          </w:tcPr>
          <w:p>
            <w:r>
              <w:t>小说</w:t>
            </w:r>
          </w:p>
        </w:tc>
      </w:tr>
      <w:tr>
        <w:tc>
          <w:tcPr>
            <w:tcW w:type="dxa" w:w="850"/>
          </w:tcPr>
          <w:p>
            <w:r>
              <w:t>12</w:t>
            </w:r>
          </w:p>
        </w:tc>
        <w:tc>
          <w:tcPr>
            <w:tcW w:type="dxa" w:w="2835"/>
          </w:tcPr>
          <w:p>
            <w:r>
              <w:t>exhibition</w:t>
            </w:r>
          </w:p>
        </w:tc>
        <w:tc>
          <w:tcPr>
            <w:tcW w:type="dxa" w:w="4535"/>
          </w:tcPr>
          <w:p>
            <w:r>
              <w:t>展览</w:t>
            </w:r>
          </w:p>
        </w:tc>
      </w:tr>
      <w:tr>
        <w:tc>
          <w:tcPr>
            <w:tcW w:type="dxa" w:w="850"/>
          </w:tcPr>
          <w:p>
            <w:r>
              <w:t>13</w:t>
            </w:r>
          </w:p>
        </w:tc>
        <w:tc>
          <w:tcPr>
            <w:tcW w:type="dxa" w:w="2835"/>
          </w:tcPr>
          <w:p>
            <w:r>
              <w:t>heavy</w:t>
            </w:r>
          </w:p>
        </w:tc>
        <w:tc>
          <w:tcPr>
            <w:tcW w:type="dxa" w:w="4535"/>
          </w:tcPr>
          <w:p>
            <w:r>
              <w:t>重的；大量的</w:t>
            </w:r>
          </w:p>
        </w:tc>
      </w:tr>
      <w:tr>
        <w:tc>
          <w:tcPr>
            <w:tcW w:type="dxa" w:w="850"/>
          </w:tcPr>
          <w:p>
            <w:r>
              <w:t>14</w:t>
            </w:r>
          </w:p>
        </w:tc>
        <w:tc>
          <w:tcPr>
            <w:tcW w:type="dxa" w:w="2835"/>
          </w:tcPr>
          <w:p>
            <w:r>
              <w:t>crowded</w:t>
            </w:r>
          </w:p>
        </w:tc>
        <w:tc>
          <w:tcPr>
            <w:tcW w:type="dxa" w:w="4535"/>
          </w:tcPr>
          <w:p>
            <w:r>
              <w:t>拥挤的</w:t>
            </w:r>
          </w:p>
        </w:tc>
      </w:tr>
      <w:tr>
        <w:tc>
          <w:tcPr>
            <w:tcW w:type="dxa" w:w="850"/>
          </w:tcPr>
          <w:p>
            <w:r>
              <w:t>15</w:t>
            </w:r>
          </w:p>
        </w:tc>
        <w:tc>
          <w:tcPr>
            <w:tcW w:type="dxa" w:w="2835"/>
          </w:tcPr>
          <w:p>
            <w:r>
              <w:t>track</w:t>
            </w:r>
          </w:p>
        </w:tc>
        <w:tc>
          <w:tcPr>
            <w:tcW w:type="dxa" w:w="4535"/>
          </w:tcPr>
          <w:p>
            <w:r>
              <w:t>轨道；追踪</w:t>
            </w:r>
          </w:p>
        </w:tc>
      </w:tr>
      <w:tr>
        <w:tc>
          <w:tcPr>
            <w:tcW w:type="dxa" w:w="850"/>
          </w:tcPr>
          <w:p>
            <w:r>
              <w:t>16</w:t>
            </w:r>
          </w:p>
        </w:tc>
        <w:tc>
          <w:tcPr>
            <w:tcW w:type="dxa" w:w="2835"/>
          </w:tcPr>
          <w:p>
            <w:r>
              <w:t>traffic</w:t>
            </w:r>
          </w:p>
        </w:tc>
        <w:tc>
          <w:tcPr>
            <w:tcW w:type="dxa" w:w="4535"/>
          </w:tcPr>
          <w:p>
            <w:r>
              <w:t>交通</w:t>
            </w:r>
          </w:p>
        </w:tc>
      </w:tr>
      <w:tr>
        <w:tc>
          <w:tcPr>
            <w:tcW w:type="dxa" w:w="850"/>
          </w:tcPr>
          <w:p>
            <w:r>
              <w:t>17</w:t>
            </w:r>
          </w:p>
        </w:tc>
        <w:tc>
          <w:tcPr>
            <w:tcW w:type="dxa" w:w="2835"/>
          </w:tcPr>
          <w:p>
            <w:r>
              <w:t>intramural</w:t>
            </w:r>
          </w:p>
        </w:tc>
        <w:tc>
          <w:tcPr>
            <w:tcW w:type="dxa" w:w="4535"/>
          </w:tcPr>
          <w:p>
            <w:r>
              <w:t>校内的</w:t>
            </w:r>
          </w:p>
        </w:tc>
      </w:tr>
      <w:tr>
        <w:tc>
          <w:tcPr>
            <w:tcW w:type="dxa" w:w="850"/>
          </w:tcPr>
          <w:p>
            <w:r>
              <w:t>18</w:t>
            </w:r>
          </w:p>
        </w:tc>
        <w:tc>
          <w:tcPr>
            <w:tcW w:type="dxa" w:w="2835"/>
          </w:tcPr>
          <w:p>
            <w:r>
              <w:t>attendees</w:t>
            </w:r>
          </w:p>
        </w:tc>
        <w:tc>
          <w:tcPr>
            <w:tcW w:type="dxa" w:w="4535"/>
          </w:tcPr>
          <w:p>
            <w:r>
              <w:t>出席者</w:t>
            </w:r>
          </w:p>
        </w:tc>
      </w:tr>
      <w:tr>
        <w:tc>
          <w:tcPr>
            <w:tcW w:type="dxa" w:w="850"/>
          </w:tcPr>
          <w:p>
            <w:r>
              <w:t>19</w:t>
            </w:r>
          </w:p>
        </w:tc>
        <w:tc>
          <w:tcPr>
            <w:tcW w:type="dxa" w:w="2835"/>
          </w:tcPr>
          <w:p>
            <w:r>
              <w:t>driver</w:t>
            </w:r>
          </w:p>
        </w:tc>
        <w:tc>
          <w:tcPr>
            <w:tcW w:type="dxa" w:w="4535"/>
          </w:tcPr>
          <w:p>
            <w:r>
              <w:t>司机</w:t>
            </w:r>
          </w:p>
        </w:tc>
      </w:tr>
      <w:tr>
        <w:tc>
          <w:tcPr>
            <w:tcW w:type="dxa" w:w="850"/>
          </w:tcPr>
          <w:p>
            <w:r>
              <w:t>20</w:t>
            </w:r>
          </w:p>
        </w:tc>
        <w:tc>
          <w:tcPr>
            <w:tcW w:type="dxa" w:w="2835"/>
          </w:tcPr>
          <w:p>
            <w:r>
              <w:t>nearest</w:t>
            </w:r>
          </w:p>
        </w:tc>
        <w:tc>
          <w:tcPr>
            <w:tcW w:type="dxa" w:w="4535"/>
          </w:tcPr>
          <w:p>
            <w:r>
              <w:t>最近的</w:t>
            </w:r>
          </w:p>
        </w:tc>
      </w:tr>
      <w:tr>
        <w:tc>
          <w:tcPr>
            <w:tcW w:type="dxa" w:w="850"/>
          </w:tcPr>
          <w:p>
            <w:r>
              <w:t>21</w:t>
            </w:r>
          </w:p>
        </w:tc>
        <w:tc>
          <w:tcPr>
            <w:tcW w:type="dxa" w:w="2835"/>
          </w:tcPr>
          <w:p>
            <w:r>
              <w:t>platform</w:t>
            </w:r>
          </w:p>
        </w:tc>
        <w:tc>
          <w:tcPr>
            <w:tcW w:type="dxa" w:w="4535"/>
          </w:tcPr>
          <w:p>
            <w:r>
              <w:t>站台；平台</w:t>
            </w:r>
          </w:p>
        </w:tc>
      </w:tr>
      <w:tr>
        <w:tc>
          <w:tcPr>
            <w:tcW w:type="dxa" w:w="850"/>
          </w:tcPr>
          <w:p>
            <w:r>
              <w:t>22</w:t>
            </w:r>
          </w:p>
        </w:tc>
        <w:tc>
          <w:tcPr>
            <w:tcW w:type="dxa" w:w="2835"/>
          </w:tcPr>
          <w:p>
            <w:r>
              <w:t>football</w:t>
            </w:r>
          </w:p>
        </w:tc>
        <w:tc>
          <w:tcPr>
            <w:tcW w:type="dxa" w:w="4535"/>
          </w:tcPr>
          <w:p>
            <w:r>
              <w:t>足球</w:t>
            </w:r>
          </w:p>
        </w:tc>
      </w:tr>
      <w:tr>
        <w:tc>
          <w:tcPr>
            <w:tcW w:type="dxa" w:w="850"/>
          </w:tcPr>
          <w:p>
            <w:r>
              <w:t>23</w:t>
            </w:r>
          </w:p>
        </w:tc>
        <w:tc>
          <w:tcPr>
            <w:tcW w:type="dxa" w:w="2835"/>
          </w:tcPr>
          <w:p>
            <w:r>
              <w:t>liked</w:t>
            </w:r>
          </w:p>
        </w:tc>
        <w:tc>
          <w:tcPr>
            <w:tcW w:type="dxa" w:w="4535"/>
          </w:tcPr>
          <w:p>
            <w:r>
              <w:t>喜欢的</w:t>
            </w:r>
          </w:p>
        </w:tc>
      </w:tr>
      <w:tr>
        <w:tc>
          <w:tcPr>
            <w:tcW w:type="dxa" w:w="850"/>
          </w:tcPr>
          <w:p>
            <w:r>
              <w:t>24</w:t>
            </w:r>
          </w:p>
        </w:tc>
        <w:tc>
          <w:tcPr>
            <w:tcW w:type="dxa" w:w="2835"/>
          </w:tcPr>
          <w:p>
            <w:r>
              <w:t>west</w:t>
            </w:r>
          </w:p>
        </w:tc>
        <w:tc>
          <w:tcPr>
            <w:tcW w:type="dxa" w:w="4535"/>
          </w:tcPr>
          <w:p>
            <w:r>
              <w:t>西方；西边</w:t>
            </w:r>
          </w:p>
        </w:tc>
      </w:tr>
      <w:tr>
        <w:tc>
          <w:tcPr>
            <w:tcW w:type="dxa" w:w="850"/>
          </w:tcPr>
          <w:p>
            <w:r>
              <w:t>25</w:t>
            </w:r>
          </w:p>
        </w:tc>
        <w:tc>
          <w:tcPr>
            <w:tcW w:type="dxa" w:w="2835"/>
          </w:tcPr>
          <w:p>
            <w:r>
              <w:t>ingredients</w:t>
            </w:r>
          </w:p>
        </w:tc>
        <w:tc>
          <w:tcPr>
            <w:tcW w:type="dxa" w:w="4535"/>
          </w:tcPr>
          <w:p>
            <w:r>
              <w:t>原料，配料</w:t>
            </w:r>
          </w:p>
        </w:tc>
      </w:tr>
      <w:tr>
        <w:tc>
          <w:tcPr>
            <w:tcW w:type="dxa" w:w="850"/>
          </w:tcPr>
          <w:p>
            <w:r>
              <w:t>26</w:t>
            </w:r>
          </w:p>
        </w:tc>
        <w:tc>
          <w:tcPr>
            <w:tcW w:type="dxa" w:w="2835"/>
          </w:tcPr>
          <w:p>
            <w:r>
              <w:t>hike</w:t>
            </w:r>
          </w:p>
        </w:tc>
        <w:tc>
          <w:tcPr>
            <w:tcW w:type="dxa" w:w="4535"/>
          </w:tcPr>
          <w:p>
            <w:r>
              <w:t>徒步；远足</w:t>
            </w:r>
          </w:p>
        </w:tc>
      </w:tr>
      <w:tr>
        <w:tc>
          <w:tcPr>
            <w:tcW w:type="dxa" w:w="850"/>
          </w:tcPr>
          <w:p>
            <w:r>
              <w:t>27</w:t>
            </w:r>
          </w:p>
        </w:tc>
        <w:tc>
          <w:tcPr>
            <w:tcW w:type="dxa" w:w="2835"/>
          </w:tcPr>
          <w:p>
            <w:r>
              <w:t>menu</w:t>
            </w:r>
          </w:p>
        </w:tc>
        <w:tc>
          <w:tcPr>
            <w:tcW w:type="dxa" w:w="4535"/>
          </w:tcPr>
          <w:p>
            <w:r>
              <w:t>菜单</w:t>
            </w:r>
          </w:p>
        </w:tc>
      </w:tr>
      <w:tr>
        <w:tc>
          <w:tcPr>
            <w:tcW w:type="dxa" w:w="850"/>
          </w:tcPr>
          <w:p>
            <w:r>
              <w:t>28</w:t>
            </w:r>
          </w:p>
        </w:tc>
        <w:tc>
          <w:tcPr>
            <w:tcW w:type="dxa" w:w="2835"/>
          </w:tcPr>
          <w:p>
            <w:r>
              <w:t>depend</w:t>
            </w:r>
          </w:p>
        </w:tc>
        <w:tc>
          <w:tcPr>
            <w:tcW w:type="dxa" w:w="4535"/>
          </w:tcPr>
          <w:p>
            <w:r>
              <w:t>取决于</w:t>
            </w:r>
          </w:p>
        </w:tc>
      </w:tr>
      <w:tr>
        <w:tc>
          <w:tcPr>
            <w:tcW w:type="dxa" w:w="850"/>
          </w:tcPr>
          <w:p>
            <w:r>
              <w:t>29</w:t>
            </w:r>
          </w:p>
        </w:tc>
        <w:tc>
          <w:tcPr>
            <w:tcW w:type="dxa" w:w="2835"/>
          </w:tcPr>
          <w:p>
            <w:r>
              <w:t>seminar</w:t>
            </w:r>
          </w:p>
        </w:tc>
        <w:tc>
          <w:tcPr>
            <w:tcW w:type="dxa" w:w="4535"/>
          </w:tcPr>
          <w:p>
            <w:r>
              <w:t>研讨会</w:t>
            </w:r>
          </w:p>
        </w:tc>
      </w:tr>
      <w:tr>
        <w:tc>
          <w:tcPr>
            <w:tcW w:type="dxa" w:w="850"/>
          </w:tcPr>
          <w:p>
            <w:r>
              <w:t>30</w:t>
            </w:r>
          </w:p>
        </w:tc>
        <w:tc>
          <w:tcPr>
            <w:tcW w:type="dxa" w:w="2835"/>
          </w:tcPr>
          <w:p>
            <w:r>
              <w:t>informative</w:t>
            </w:r>
          </w:p>
        </w:tc>
        <w:tc>
          <w:tcPr>
            <w:tcW w:type="dxa" w:w="4535"/>
          </w:tcPr>
          <w:p>
            <w:r>
              <w:t>信息量大的</w:t>
            </w:r>
          </w:p>
        </w:tc>
      </w:tr>
      <w:tr>
        <w:tc>
          <w:tcPr>
            <w:tcW w:type="dxa" w:w="850"/>
          </w:tcPr>
          <w:p>
            <w:r>
              <w:t>31</w:t>
            </w:r>
          </w:p>
        </w:tc>
        <w:tc>
          <w:tcPr>
            <w:tcW w:type="dxa" w:w="2835"/>
          </w:tcPr>
          <w:p>
            <w:r>
              <w:t>abroad</w:t>
            </w:r>
          </w:p>
        </w:tc>
        <w:tc>
          <w:tcPr>
            <w:tcW w:type="dxa" w:w="4535"/>
          </w:tcPr>
          <w:p>
            <w:r>
              <w:t>在国外</w:t>
            </w:r>
          </w:p>
        </w:tc>
      </w:tr>
      <w:tr>
        <w:tc>
          <w:tcPr>
            <w:tcW w:type="dxa" w:w="850"/>
          </w:tcPr>
          <w:p>
            <w:r>
              <w:t>32</w:t>
            </w:r>
          </w:p>
        </w:tc>
        <w:tc>
          <w:tcPr>
            <w:tcW w:type="dxa" w:w="2835"/>
          </w:tcPr>
          <w:p>
            <w:r>
              <w:t>shortly</w:t>
            </w:r>
          </w:p>
        </w:tc>
        <w:tc>
          <w:tcPr>
            <w:tcW w:type="dxa" w:w="4535"/>
          </w:tcPr>
          <w:p>
            <w:r>
              <w:t>很快，不久</w:t>
            </w:r>
          </w:p>
        </w:tc>
      </w:tr>
      <w:tr>
        <w:tc>
          <w:tcPr>
            <w:tcW w:type="dxa" w:w="850"/>
          </w:tcPr>
          <w:p>
            <w:r>
              <w:t>33</w:t>
            </w:r>
          </w:p>
        </w:tc>
        <w:tc>
          <w:tcPr>
            <w:tcW w:type="dxa" w:w="2835"/>
          </w:tcPr>
          <w:p>
            <w:r>
              <w:t>hurry</w:t>
            </w:r>
          </w:p>
        </w:tc>
        <w:tc>
          <w:tcPr>
            <w:tcW w:type="dxa" w:w="4535"/>
          </w:tcPr>
          <w:p>
            <w:r>
              <w:t>赶紧，匆忙</w:t>
            </w:r>
          </w:p>
        </w:tc>
      </w:tr>
      <w:tr>
        <w:tc>
          <w:tcPr>
            <w:tcW w:type="dxa" w:w="850"/>
          </w:tcPr>
          <w:p>
            <w:r>
              <w:t>34</w:t>
            </w:r>
          </w:p>
        </w:tc>
        <w:tc>
          <w:tcPr>
            <w:tcW w:type="dxa" w:w="2835"/>
          </w:tcPr>
          <w:p>
            <w:r>
              <w:t>president</w:t>
            </w:r>
          </w:p>
        </w:tc>
        <w:tc>
          <w:tcPr>
            <w:tcW w:type="dxa" w:w="4535"/>
          </w:tcPr>
          <w:p>
            <w:r>
              <w:t>校长；总统</w:t>
            </w:r>
          </w:p>
        </w:tc>
      </w:tr>
      <w:tr>
        <w:tc>
          <w:tcPr>
            <w:tcW w:type="dxa" w:w="850"/>
          </w:tcPr>
          <w:p>
            <w:r>
              <w:t>35</w:t>
            </w:r>
          </w:p>
        </w:tc>
        <w:tc>
          <w:tcPr>
            <w:tcW w:type="dxa" w:w="2835"/>
          </w:tcPr>
          <w:p>
            <w:r>
              <w:t>life</w:t>
            </w:r>
          </w:p>
        </w:tc>
        <w:tc>
          <w:tcPr>
            <w:tcW w:type="dxa" w:w="4535"/>
          </w:tcPr>
          <w:p>
            <w:r>
              <w:t>生活；生命</w:t>
            </w:r>
          </w:p>
        </w:tc>
      </w:tr>
      <w:tr>
        <w:tc>
          <w:tcPr>
            <w:tcW w:type="dxa" w:w="850"/>
          </w:tcPr>
          <w:p>
            <w:r>
              <w:t>36</w:t>
            </w:r>
          </w:p>
        </w:tc>
        <w:tc>
          <w:tcPr>
            <w:tcW w:type="dxa" w:w="2835"/>
          </w:tcPr>
          <w:p>
            <w:r>
              <w:t>lounge</w:t>
            </w:r>
          </w:p>
        </w:tc>
        <w:tc>
          <w:tcPr>
            <w:tcW w:type="dxa" w:w="4535"/>
          </w:tcPr>
          <w:p>
            <w:r>
              <w:t>休息室</w:t>
            </w:r>
          </w:p>
        </w:tc>
      </w:tr>
      <w:tr>
        <w:tc>
          <w:tcPr>
            <w:tcW w:type="dxa" w:w="850"/>
          </w:tcPr>
          <w:p>
            <w:r>
              <w:t>37</w:t>
            </w:r>
          </w:p>
        </w:tc>
        <w:tc>
          <w:tcPr>
            <w:tcW w:type="dxa" w:w="2835"/>
          </w:tcPr>
          <w:p>
            <w:r>
              <w:t>side</w:t>
            </w:r>
          </w:p>
        </w:tc>
        <w:tc>
          <w:tcPr>
            <w:tcW w:type="dxa" w:w="4535"/>
          </w:tcPr>
          <w:p>
            <w:r>
              <w:t>边；侧面</w:t>
            </w:r>
          </w:p>
        </w:tc>
      </w:tr>
      <w:tr>
        <w:tc>
          <w:tcPr>
            <w:tcW w:type="dxa" w:w="850"/>
          </w:tcPr>
          <w:p>
            <w:r>
              <w:t>38</w:t>
            </w:r>
          </w:p>
        </w:tc>
        <w:tc>
          <w:tcPr>
            <w:tcW w:type="dxa" w:w="2835"/>
          </w:tcPr>
          <w:p>
            <w:r>
              <w:t>comfortable</w:t>
            </w:r>
          </w:p>
        </w:tc>
        <w:tc>
          <w:tcPr>
            <w:tcW w:type="dxa" w:w="4535"/>
          </w:tcPr>
          <w:p>
            <w:r>
              <w:t>舒适的</w:t>
            </w:r>
          </w:p>
        </w:tc>
      </w:tr>
      <w:tr>
        <w:tc>
          <w:tcPr>
            <w:tcW w:type="dxa" w:w="850"/>
          </w:tcPr>
          <w:p>
            <w:r>
              <w:t>39</w:t>
            </w:r>
          </w:p>
        </w:tc>
        <w:tc>
          <w:tcPr>
            <w:tcW w:type="dxa" w:w="2835"/>
          </w:tcPr>
          <w:p>
            <w:r>
              <w:t>venue</w:t>
            </w:r>
          </w:p>
        </w:tc>
        <w:tc>
          <w:tcPr>
            <w:tcW w:type="dxa" w:w="4535"/>
          </w:tcPr>
          <w:p>
            <w:r>
              <w:t>场地，场馆</w:t>
            </w:r>
          </w:p>
        </w:tc>
      </w:tr>
      <w:tr>
        <w:tc>
          <w:tcPr>
            <w:tcW w:type="dxa" w:w="850"/>
          </w:tcPr>
          <w:p>
            <w:r>
              <w:t>40</w:t>
            </w:r>
          </w:p>
        </w:tc>
        <w:tc>
          <w:tcPr>
            <w:tcW w:type="dxa" w:w="2835"/>
          </w:tcPr>
          <w:p>
            <w:r>
              <w:t>excellent</w:t>
            </w:r>
          </w:p>
        </w:tc>
        <w:tc>
          <w:tcPr>
            <w:tcW w:type="dxa" w:w="4535"/>
          </w:tcPr>
          <w:p>
            <w:r>
              <w:t>优秀的</w:t>
            </w:r>
          </w:p>
        </w:tc>
      </w:tr>
      <w:tr>
        <w:tc>
          <w:tcPr>
            <w:tcW w:type="dxa" w:w="850"/>
          </w:tcPr>
          <w:p>
            <w:r>
              <w:t>41</w:t>
            </w:r>
          </w:p>
        </w:tc>
        <w:tc>
          <w:tcPr>
            <w:tcW w:type="dxa" w:w="2835"/>
          </w:tcPr>
          <w:p>
            <w:r>
              <w:t>chapter</w:t>
            </w:r>
          </w:p>
        </w:tc>
        <w:tc>
          <w:tcPr>
            <w:tcW w:type="dxa" w:w="4535"/>
          </w:tcPr>
          <w:p>
            <w:r>
              <w:t>章节</w:t>
            </w:r>
          </w:p>
        </w:tc>
      </w:tr>
      <w:tr>
        <w:tc>
          <w:tcPr>
            <w:tcW w:type="dxa" w:w="850"/>
          </w:tcPr>
          <w:p>
            <w:r>
              <w:t>42</w:t>
            </w:r>
          </w:p>
        </w:tc>
        <w:tc>
          <w:tcPr>
            <w:tcW w:type="dxa" w:w="2835"/>
          </w:tcPr>
          <w:p>
            <w:r>
              <w:t>organized</w:t>
            </w:r>
          </w:p>
        </w:tc>
        <w:tc>
          <w:tcPr>
            <w:tcW w:type="dxa" w:w="4535"/>
          </w:tcPr>
          <w:p>
            <w:r>
              <w:t>有组织的；条理清楚的</w:t>
            </w:r>
          </w:p>
        </w:tc>
      </w:tr>
      <w:tr>
        <w:tc>
          <w:tcPr>
            <w:tcW w:type="dxa" w:w="850"/>
          </w:tcPr>
          <w:p>
            <w:r>
              <w:t>43</w:t>
            </w:r>
          </w:p>
        </w:tc>
        <w:tc>
          <w:tcPr>
            <w:tcW w:type="dxa" w:w="2835"/>
          </w:tcPr>
          <w:p>
            <w:r>
              <w:t>discount</w:t>
            </w:r>
          </w:p>
        </w:tc>
        <w:tc>
          <w:tcPr>
            <w:tcW w:type="dxa" w:w="4535"/>
          </w:tcPr>
          <w:p>
            <w:r>
              <w:t>折扣</w:t>
            </w:r>
          </w:p>
        </w:tc>
      </w:tr>
      <w:tr>
        <w:tc>
          <w:tcPr>
            <w:tcW w:type="dxa" w:w="850"/>
          </w:tcPr>
          <w:p>
            <w:r>
              <w:t>44</w:t>
            </w:r>
          </w:p>
        </w:tc>
        <w:tc>
          <w:tcPr>
            <w:tcW w:type="dxa" w:w="2835"/>
          </w:tcPr>
          <w:p>
            <w:r>
              <w:t>tennis</w:t>
            </w:r>
          </w:p>
        </w:tc>
        <w:tc>
          <w:tcPr>
            <w:tcW w:type="dxa" w:w="4535"/>
          </w:tcPr>
          <w:p>
            <w:r>
              <w:t>网球</w:t>
            </w:r>
          </w:p>
        </w:tc>
      </w:tr>
      <w:tr>
        <w:tc>
          <w:tcPr>
            <w:tcW w:type="dxa" w:w="850"/>
          </w:tcPr>
          <w:p>
            <w:r>
              <w:t>45</w:t>
            </w:r>
          </w:p>
        </w:tc>
        <w:tc>
          <w:tcPr>
            <w:tcW w:type="dxa" w:w="2835"/>
          </w:tcPr>
          <w:p>
            <w:r>
              <w:t>window</w:t>
            </w:r>
          </w:p>
        </w:tc>
        <w:tc>
          <w:tcPr>
            <w:tcW w:type="dxa" w:w="4535"/>
          </w:tcPr>
          <w:p>
            <w:r>
              <w:t>窗户</w:t>
            </w:r>
          </w:p>
        </w:tc>
      </w:tr>
      <w:tr>
        <w:tc>
          <w:tcPr>
            <w:tcW w:type="dxa" w:w="850"/>
          </w:tcPr>
          <w:p>
            <w:r>
              <w:t>46</w:t>
            </w:r>
          </w:p>
        </w:tc>
        <w:tc>
          <w:tcPr>
            <w:tcW w:type="dxa" w:w="2835"/>
          </w:tcPr>
          <w:p>
            <w:r>
              <w:t>freshman</w:t>
            </w:r>
          </w:p>
        </w:tc>
        <w:tc>
          <w:tcPr>
            <w:tcW w:type="dxa" w:w="4535"/>
          </w:tcPr>
          <w:p>
            <w:r>
              <w:t>大一新生</w:t>
            </w:r>
          </w:p>
        </w:tc>
      </w:tr>
      <w:tr>
        <w:tc>
          <w:tcPr>
            <w:tcW w:type="dxa" w:w="850"/>
          </w:tcPr>
          <w:p>
            <w:r>
              <w:t>47</w:t>
            </w:r>
          </w:p>
        </w:tc>
        <w:tc>
          <w:tcPr>
            <w:tcW w:type="dxa" w:w="2835"/>
          </w:tcPr>
          <w:p>
            <w:r>
              <w:t>engage</w:t>
            </w:r>
          </w:p>
        </w:tc>
        <w:tc>
          <w:tcPr>
            <w:tcW w:type="dxa" w:w="4535"/>
          </w:tcPr>
          <w:p>
            <w:r>
              <w:t>参与；吸引</w:t>
            </w:r>
          </w:p>
        </w:tc>
      </w:tr>
      <w:tr>
        <w:tc>
          <w:tcPr>
            <w:tcW w:type="dxa" w:w="850"/>
          </w:tcPr>
          <w:p>
            <w:r>
              <w:t>48</w:t>
            </w:r>
          </w:p>
        </w:tc>
        <w:tc>
          <w:tcPr>
            <w:tcW w:type="dxa" w:w="2835"/>
          </w:tcPr>
          <w:p>
            <w:r>
              <w:t>table</w:t>
            </w:r>
          </w:p>
        </w:tc>
        <w:tc>
          <w:tcPr>
            <w:tcW w:type="dxa" w:w="4535"/>
          </w:tcPr>
          <w:p>
            <w:r>
              <w:t>桌子；表格</w:t>
            </w:r>
          </w:p>
        </w:tc>
      </w:tr>
      <w:tr>
        <w:tc>
          <w:tcPr>
            <w:tcW w:type="dxa" w:w="850"/>
          </w:tcPr>
          <w:p>
            <w:r>
              <w:t>49</w:t>
            </w:r>
          </w:p>
        </w:tc>
        <w:tc>
          <w:tcPr>
            <w:tcW w:type="dxa" w:w="2835"/>
          </w:tcPr>
          <w:p>
            <w:r>
              <w:t>fiction</w:t>
            </w:r>
          </w:p>
        </w:tc>
        <w:tc>
          <w:tcPr>
            <w:tcW w:type="dxa" w:w="4535"/>
          </w:tcPr>
          <w:p>
            <w:r>
              <w:t>小说；虚构</w:t>
            </w:r>
          </w:p>
        </w:tc>
      </w:tr>
      <w:tr>
        <w:tc>
          <w:tcPr>
            <w:tcW w:type="dxa" w:w="850"/>
          </w:tcPr>
          <w:p>
            <w:r>
              <w:t>50</w:t>
            </w:r>
          </w:p>
        </w:tc>
        <w:tc>
          <w:tcPr>
            <w:tcW w:type="dxa" w:w="2835"/>
          </w:tcPr>
          <w:p>
            <w:r>
              <w:t>climb</w:t>
            </w:r>
          </w:p>
        </w:tc>
        <w:tc>
          <w:tcPr>
            <w:tcW w:type="dxa" w:w="4535"/>
          </w:tcPr>
          <w:p>
            <w:r>
              <w:t>攀登</w:t>
            </w:r>
          </w:p>
        </w:tc>
      </w:tr>
    </w:tbl>
    <w:p/>
    <w:p>
      <w:pPr>
        <w:pStyle w:val="Heading1"/>
      </w:pPr>
      <w:r>
        <w:t>第12组（toward → outdoors）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850"/>
          </w:tcPr>
          <w:p>
            <w:r>
              <w:t>序号</w:t>
            </w:r>
          </w:p>
        </w:tc>
        <w:tc>
          <w:tcPr>
            <w:tcW w:type="dxa" w:w="2835"/>
          </w:tcPr>
          <w:p>
            <w:r>
              <w:t>英文单词</w:t>
            </w:r>
          </w:p>
        </w:tc>
        <w:tc>
          <w:tcPr>
            <w:tcW w:type="dxa" w:w="4535"/>
          </w:tcPr>
          <w:p>
            <w:r>
              <w:t>中文释义</w:t>
            </w:r>
          </w:p>
        </w:tc>
      </w:tr>
      <w:tr>
        <w:tc>
          <w:tcPr>
            <w:tcW w:type="dxa" w:w="850"/>
          </w:tcPr>
          <w:p>
            <w:r>
              <w:t>1</w:t>
            </w:r>
          </w:p>
        </w:tc>
        <w:tc>
          <w:tcPr>
            <w:tcW w:type="dxa" w:w="2835"/>
          </w:tcPr>
          <w:p>
            <w:r>
              <w:t>toward</w:t>
            </w:r>
          </w:p>
        </w:tc>
        <w:tc>
          <w:tcPr>
            <w:tcW w:type="dxa" w:w="4535"/>
          </w:tcPr>
          <w:p>
            <w:r>
              <w:t>朝向</w:t>
            </w:r>
          </w:p>
        </w:tc>
      </w:tr>
      <w:tr>
        <w:tc>
          <w:tcPr>
            <w:tcW w:type="dxa" w:w="850"/>
          </w:tcPr>
          <w:p>
            <w:r>
              <w:t>2</w:t>
            </w:r>
          </w:p>
        </w:tc>
        <w:tc>
          <w:tcPr>
            <w:tcW w:type="dxa" w:w="2835"/>
          </w:tcPr>
          <w:p>
            <w:r>
              <w:t>experiment</w:t>
            </w:r>
          </w:p>
        </w:tc>
        <w:tc>
          <w:tcPr>
            <w:tcW w:type="dxa" w:w="4535"/>
          </w:tcPr>
          <w:p>
            <w:r>
              <w:t>实验</w:t>
            </w:r>
          </w:p>
        </w:tc>
      </w:tr>
      <w:tr>
        <w:tc>
          <w:tcPr>
            <w:tcW w:type="dxa" w:w="850"/>
          </w:tcPr>
          <w:p>
            <w:r>
              <w:t>3</w:t>
            </w:r>
          </w:p>
        </w:tc>
        <w:tc>
          <w:tcPr>
            <w:tcW w:type="dxa" w:w="2835"/>
          </w:tcPr>
          <w:p>
            <w:r>
              <w:t>educational</w:t>
            </w:r>
          </w:p>
        </w:tc>
        <w:tc>
          <w:tcPr>
            <w:tcW w:type="dxa" w:w="4535"/>
          </w:tcPr>
          <w:p>
            <w:r>
              <w:t>有教育意义的</w:t>
            </w:r>
          </w:p>
        </w:tc>
      </w:tr>
      <w:tr>
        <w:tc>
          <w:tcPr>
            <w:tcW w:type="dxa" w:w="850"/>
          </w:tcPr>
          <w:p>
            <w:r>
              <w:t>4</w:t>
            </w:r>
          </w:p>
        </w:tc>
        <w:tc>
          <w:tcPr>
            <w:tcW w:type="dxa" w:w="2835"/>
          </w:tcPr>
          <w:p>
            <w:r>
              <w:t>cancel</w:t>
            </w:r>
          </w:p>
        </w:tc>
        <w:tc>
          <w:tcPr>
            <w:tcW w:type="dxa" w:w="4535"/>
          </w:tcPr>
          <w:p>
            <w:r>
              <w:t>取消</w:t>
            </w:r>
          </w:p>
        </w:tc>
      </w:tr>
      <w:tr>
        <w:tc>
          <w:tcPr>
            <w:tcW w:type="dxa" w:w="850"/>
          </w:tcPr>
          <w:p>
            <w:r>
              <w:t>5</w:t>
            </w:r>
          </w:p>
        </w:tc>
        <w:tc>
          <w:tcPr>
            <w:tcW w:type="dxa" w:w="2835"/>
          </w:tcPr>
          <w:p>
            <w:r>
              <w:t>movies</w:t>
            </w:r>
          </w:p>
        </w:tc>
        <w:tc>
          <w:tcPr>
            <w:tcW w:type="dxa" w:w="4535"/>
          </w:tcPr>
          <w:p>
            <w:r>
              <w:t>电影</w:t>
            </w:r>
          </w:p>
        </w:tc>
      </w:tr>
      <w:tr>
        <w:tc>
          <w:tcPr>
            <w:tcW w:type="dxa" w:w="850"/>
          </w:tcPr>
          <w:p>
            <w:r>
              <w:t>6</w:t>
            </w:r>
          </w:p>
        </w:tc>
        <w:tc>
          <w:tcPr>
            <w:tcW w:type="dxa" w:w="2835"/>
          </w:tcPr>
          <w:p>
            <w:r>
              <w:t>action</w:t>
            </w:r>
          </w:p>
        </w:tc>
        <w:tc>
          <w:tcPr>
            <w:tcW w:type="dxa" w:w="4535"/>
          </w:tcPr>
          <w:p>
            <w:r>
              <w:t>行动；动作</w:t>
            </w:r>
          </w:p>
        </w:tc>
      </w:tr>
      <w:tr>
        <w:tc>
          <w:tcPr>
            <w:tcW w:type="dxa" w:w="850"/>
          </w:tcPr>
          <w:p>
            <w:r>
              <w:t>7</w:t>
            </w:r>
          </w:p>
        </w:tc>
        <w:tc>
          <w:tcPr>
            <w:tcW w:type="dxa" w:w="2835"/>
          </w:tcPr>
          <w:p>
            <w:r>
              <w:t>useful</w:t>
            </w:r>
          </w:p>
        </w:tc>
        <w:tc>
          <w:tcPr>
            <w:tcW w:type="dxa" w:w="4535"/>
          </w:tcPr>
          <w:p>
            <w:r>
              <w:t>有用的</w:t>
            </w:r>
          </w:p>
        </w:tc>
      </w:tr>
      <w:tr>
        <w:tc>
          <w:tcPr>
            <w:tcW w:type="dxa" w:w="850"/>
          </w:tcPr>
          <w:p>
            <w:r>
              <w:t>8</w:t>
            </w:r>
          </w:p>
        </w:tc>
        <w:tc>
          <w:tcPr>
            <w:tcW w:type="dxa" w:w="2835"/>
          </w:tcPr>
          <w:p>
            <w:r>
              <w:t>advisor</w:t>
            </w:r>
          </w:p>
        </w:tc>
        <w:tc>
          <w:tcPr>
            <w:tcW w:type="dxa" w:w="4535"/>
          </w:tcPr>
          <w:p>
            <w:r>
              <w:t>顾问；指导老师</w:t>
            </w:r>
          </w:p>
        </w:tc>
      </w:tr>
      <w:tr>
        <w:tc>
          <w:tcPr>
            <w:tcW w:type="dxa" w:w="850"/>
          </w:tcPr>
          <w:p>
            <w:r>
              <w:t>9</w:t>
            </w:r>
          </w:p>
        </w:tc>
        <w:tc>
          <w:tcPr>
            <w:tcW w:type="dxa" w:w="2835"/>
          </w:tcPr>
          <w:p>
            <w:r>
              <w:t>register</w:t>
            </w:r>
          </w:p>
        </w:tc>
        <w:tc>
          <w:tcPr>
            <w:tcW w:type="dxa" w:w="4535"/>
          </w:tcPr>
          <w:p>
            <w:r>
              <w:t>注册，登记</w:t>
            </w:r>
          </w:p>
        </w:tc>
      </w:tr>
      <w:tr>
        <w:tc>
          <w:tcPr>
            <w:tcW w:type="dxa" w:w="850"/>
          </w:tcPr>
          <w:p>
            <w:r>
              <w:t>10</w:t>
            </w:r>
          </w:p>
        </w:tc>
        <w:tc>
          <w:tcPr>
            <w:tcW w:type="dxa" w:w="2835"/>
          </w:tcPr>
          <w:p>
            <w:r>
              <w:t>leadership</w:t>
            </w:r>
          </w:p>
        </w:tc>
        <w:tc>
          <w:tcPr>
            <w:tcW w:type="dxa" w:w="4535"/>
          </w:tcPr>
          <w:p>
            <w:r>
              <w:t>领导力</w:t>
            </w:r>
          </w:p>
        </w:tc>
      </w:tr>
      <w:tr>
        <w:tc>
          <w:tcPr>
            <w:tcW w:type="dxa" w:w="850"/>
          </w:tcPr>
          <w:p>
            <w:r>
              <w:t>11</w:t>
            </w:r>
          </w:p>
        </w:tc>
        <w:tc>
          <w:tcPr>
            <w:tcW w:type="dxa" w:w="2835"/>
          </w:tcPr>
          <w:p>
            <w:r>
              <w:t>assigned</w:t>
            </w:r>
          </w:p>
        </w:tc>
        <w:tc>
          <w:tcPr>
            <w:tcW w:type="dxa" w:w="4535"/>
          </w:tcPr>
          <w:p>
            <w:r>
              <w:t>分配的，指定的</w:t>
            </w:r>
          </w:p>
        </w:tc>
      </w:tr>
      <w:tr>
        <w:tc>
          <w:tcPr>
            <w:tcW w:type="dxa" w:w="850"/>
          </w:tcPr>
          <w:p>
            <w:r>
              <w:t>12</w:t>
            </w:r>
          </w:p>
        </w:tc>
        <w:tc>
          <w:tcPr>
            <w:tcW w:type="dxa" w:w="2835"/>
          </w:tcPr>
          <w:p>
            <w:r>
              <w:t>air</w:t>
            </w:r>
          </w:p>
        </w:tc>
        <w:tc>
          <w:tcPr>
            <w:tcW w:type="dxa" w:w="4535"/>
          </w:tcPr>
          <w:p>
            <w:r>
              <w:t>空气；空调</w:t>
            </w:r>
          </w:p>
        </w:tc>
      </w:tr>
      <w:tr>
        <w:tc>
          <w:tcPr>
            <w:tcW w:type="dxa" w:w="850"/>
          </w:tcPr>
          <w:p>
            <w:r>
              <w:t>13</w:t>
            </w:r>
          </w:p>
        </w:tc>
        <w:tc>
          <w:tcPr>
            <w:tcW w:type="dxa" w:w="2835"/>
          </w:tcPr>
          <w:p>
            <w:r>
              <w:t>power</w:t>
            </w:r>
          </w:p>
        </w:tc>
        <w:tc>
          <w:tcPr>
            <w:tcW w:type="dxa" w:w="4535"/>
          </w:tcPr>
          <w:p>
            <w:r>
              <w:t>电力；力量</w:t>
            </w:r>
          </w:p>
        </w:tc>
      </w:tr>
      <w:tr>
        <w:tc>
          <w:tcPr>
            <w:tcW w:type="dxa" w:w="850"/>
          </w:tcPr>
          <w:p>
            <w:r>
              <w:t>14</w:t>
            </w:r>
          </w:p>
        </w:tc>
        <w:tc>
          <w:tcPr>
            <w:tcW w:type="dxa" w:w="2835"/>
          </w:tcPr>
          <w:p>
            <w:r>
              <w:t>whole</w:t>
            </w:r>
          </w:p>
        </w:tc>
        <w:tc>
          <w:tcPr>
            <w:tcW w:type="dxa" w:w="4535"/>
          </w:tcPr>
          <w:p>
            <w:r>
              <w:t>整个的</w:t>
            </w:r>
          </w:p>
        </w:tc>
      </w:tr>
      <w:tr>
        <w:tc>
          <w:tcPr>
            <w:tcW w:type="dxa" w:w="850"/>
          </w:tcPr>
          <w:p>
            <w:r>
              <w:t>15</w:t>
            </w:r>
          </w:p>
        </w:tc>
        <w:tc>
          <w:tcPr>
            <w:tcW w:type="dxa" w:w="2835"/>
          </w:tcPr>
          <w:p>
            <w:r>
              <w:t>classmate</w:t>
            </w:r>
          </w:p>
        </w:tc>
        <w:tc>
          <w:tcPr>
            <w:tcW w:type="dxa" w:w="4535"/>
          </w:tcPr>
          <w:p>
            <w:r>
              <w:t>同学</w:t>
            </w:r>
          </w:p>
        </w:tc>
      </w:tr>
      <w:tr>
        <w:tc>
          <w:tcPr>
            <w:tcW w:type="dxa" w:w="850"/>
          </w:tcPr>
          <w:p>
            <w:r>
              <w:t>16</w:t>
            </w:r>
          </w:p>
        </w:tc>
        <w:tc>
          <w:tcPr>
            <w:tcW w:type="dxa" w:w="2835"/>
          </w:tcPr>
          <w:p>
            <w:r>
              <w:t>reschedule</w:t>
            </w:r>
          </w:p>
        </w:tc>
        <w:tc>
          <w:tcPr>
            <w:tcW w:type="dxa" w:w="4535"/>
          </w:tcPr>
          <w:p>
            <w:r>
              <w:t>重新安排</w:t>
            </w:r>
          </w:p>
        </w:tc>
      </w:tr>
      <w:tr>
        <w:tc>
          <w:tcPr>
            <w:tcW w:type="dxa" w:w="850"/>
          </w:tcPr>
          <w:p>
            <w:r>
              <w:t>17</w:t>
            </w:r>
          </w:p>
        </w:tc>
        <w:tc>
          <w:tcPr>
            <w:tcW w:type="dxa" w:w="2835"/>
          </w:tcPr>
          <w:p>
            <w:r>
              <w:t>calendar</w:t>
            </w:r>
          </w:p>
        </w:tc>
        <w:tc>
          <w:tcPr>
            <w:tcW w:type="dxa" w:w="4535"/>
          </w:tcPr>
          <w:p>
            <w:r>
              <w:t>日历，日程表</w:t>
            </w:r>
          </w:p>
        </w:tc>
      </w:tr>
      <w:tr>
        <w:tc>
          <w:tcPr>
            <w:tcW w:type="dxa" w:w="850"/>
          </w:tcPr>
          <w:p>
            <w:r>
              <w:t>18</w:t>
            </w:r>
          </w:p>
        </w:tc>
        <w:tc>
          <w:tcPr>
            <w:tcW w:type="dxa" w:w="2835"/>
          </w:tcPr>
          <w:p>
            <w:r>
              <w:t>membership</w:t>
            </w:r>
          </w:p>
        </w:tc>
        <w:tc>
          <w:tcPr>
            <w:tcW w:type="dxa" w:w="4535"/>
          </w:tcPr>
          <w:p>
            <w:r>
              <w:t>会员资格</w:t>
            </w:r>
          </w:p>
        </w:tc>
      </w:tr>
      <w:tr>
        <w:tc>
          <w:tcPr>
            <w:tcW w:type="dxa" w:w="850"/>
          </w:tcPr>
          <w:p>
            <w:r>
              <w:t>19</w:t>
            </w:r>
          </w:p>
        </w:tc>
        <w:tc>
          <w:tcPr>
            <w:tcW w:type="dxa" w:w="2835"/>
          </w:tcPr>
          <w:p>
            <w:r>
              <w:t>conflict</w:t>
            </w:r>
          </w:p>
        </w:tc>
        <w:tc>
          <w:tcPr>
            <w:tcW w:type="dxa" w:w="4535"/>
          </w:tcPr>
          <w:p>
            <w:r>
              <w:t>冲突；矛盾</w:t>
            </w:r>
          </w:p>
        </w:tc>
      </w:tr>
      <w:tr>
        <w:tc>
          <w:tcPr>
            <w:tcW w:type="dxa" w:w="850"/>
          </w:tcPr>
          <w:p>
            <w:r>
              <w:t>20</w:t>
            </w:r>
          </w:p>
        </w:tc>
        <w:tc>
          <w:tcPr>
            <w:tcW w:type="dxa" w:w="2835"/>
          </w:tcPr>
          <w:p>
            <w:r>
              <w:t>entrance</w:t>
            </w:r>
          </w:p>
        </w:tc>
        <w:tc>
          <w:tcPr>
            <w:tcW w:type="dxa" w:w="4535"/>
          </w:tcPr>
          <w:p>
            <w:r>
              <w:t>入口</w:t>
            </w:r>
          </w:p>
        </w:tc>
      </w:tr>
      <w:tr>
        <w:tc>
          <w:tcPr>
            <w:tcW w:type="dxa" w:w="850"/>
          </w:tcPr>
          <w:p>
            <w:r>
              <w:t>21</w:t>
            </w:r>
          </w:p>
        </w:tc>
        <w:tc>
          <w:tcPr>
            <w:tcW w:type="dxa" w:w="2835"/>
          </w:tcPr>
          <w:p>
            <w:r>
              <w:t>cafe</w:t>
            </w:r>
          </w:p>
        </w:tc>
        <w:tc>
          <w:tcPr>
            <w:tcW w:type="dxa" w:w="4535"/>
          </w:tcPr>
          <w:p>
            <w:r>
              <w:t>咖啡馆</w:t>
            </w:r>
          </w:p>
        </w:tc>
      </w:tr>
      <w:tr>
        <w:tc>
          <w:tcPr>
            <w:tcW w:type="dxa" w:w="850"/>
          </w:tcPr>
          <w:p>
            <w:r>
              <w:t>22</w:t>
            </w:r>
          </w:p>
        </w:tc>
        <w:tc>
          <w:tcPr>
            <w:tcW w:type="dxa" w:w="2835"/>
          </w:tcPr>
          <w:p>
            <w:r>
              <w:t>quad</w:t>
            </w:r>
          </w:p>
        </w:tc>
        <w:tc>
          <w:tcPr>
            <w:tcW w:type="dxa" w:w="4535"/>
          </w:tcPr>
          <w:p>
            <w:r>
              <w:t>四方院（校园广场）</w:t>
            </w:r>
          </w:p>
        </w:tc>
      </w:tr>
      <w:tr>
        <w:tc>
          <w:tcPr>
            <w:tcW w:type="dxa" w:w="850"/>
          </w:tcPr>
          <w:p>
            <w:r>
              <w:t>23</w:t>
            </w:r>
          </w:p>
        </w:tc>
        <w:tc>
          <w:tcPr>
            <w:tcW w:type="dxa" w:w="2835"/>
          </w:tcPr>
          <w:p>
            <w:r>
              <w:t>outdoors</w:t>
            </w:r>
          </w:p>
        </w:tc>
        <w:tc>
          <w:tcPr>
            <w:tcW w:type="dxa" w:w="4535"/>
          </w:tcPr>
          <w:p>
            <w:r>
              <w:t>在户外</w:t>
            </w:r>
          </w:p>
        </w:tc>
      </w:tr>
    </w:tbl>
    <w:p/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